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גלובליזציה – כפר עולמי · יסודי – עולים חדשים · חוברת תלמיד</w:t>
      </w:r>
    </w:p>
    <w:p>
      <w:pPr>
        <w:bidi/>
        <w:jc w:val="right"/>
      </w:pPr>
      <w:r>
        <w:rPr>
          <w:rFonts w:ascii="Arial" w:hAnsi="Arial" w:cs="Arial"/>
          <w:sz w:val="28"/>
          <w:rtl/>
          <w:szCs w:val="28"/>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 מָה מְחַבֵּר אֶת הַחֲבֵרוֹת?</w:t>
      </w:r>
    </w:p>
    <w:p>
      <w:pPr>
        <w:bidi/>
        <w:jc w:val="right"/>
      </w:pPr>
      <w:r>
        <w:rPr>
          <w:rFonts w:ascii="Arial" w:hAnsi="Arial" w:cs="Arial"/>
          <w:color w:val="555577"/>
          <w:sz w:val="28"/>
          <w:rtl/>
          <w:szCs w:val="28"/>
        </w:rPr>
        <w:t>התיק: מָה מְחַבֵּר בֵּין מַרְיָה לְאַנָּה כָּל עֶרֶב?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8"/>
          <w:rtl/>
          <w:szCs w:val="28"/>
        </w:rPr>
        <w:t>מַרְיָה עָלְתָה לְיִשְׂרָאֵל לִפְנֵי שָׁנָה. הַחֲבֵרָה שֶׁלָּהּ, אַנָּה, גָּרָה רָחוֹק. כָּל עֶרֶב הֵן מְדַבְּרוֹת. הֵן רוֹאוֹת זוֹ אֶת זוֹ עַל הַמָּסָךְ. הַשִּׂיחָה מַגִּיעָה מִיָּד, בְּלִי לְחַכּוֹת. מִכְתָּב בַּדֹּאַר מַגִּיעַ אַחֲרֵי כַּמָּה שָׁבוּעוֹת. כַּרְטִיס טִיסָה עוֹלֶה הַרְבֵּה כֶּסֶף. לָכֵן מַרְיָה טָסָה לְאַנָּה רַק פַּעַם בְּשָׁנָה. אָז מָה מְחַבֵּר בֵּינֵיהֶן כָּל עֶרֶב?</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החשוד/ה</w:t>
            </w:r>
          </w:p>
        </w:tc>
        <w:tc>
          <w:tcPr>
            <w:tcW w:type="dxa" w:w="2606"/>
            <w:shd w:val="clear" w:fill="E5DBFF"/>
          </w:tcPr>
          <w:p>
            <w:pPr>
              <w:bidi/>
              <w:jc w:val="right"/>
            </w:pPr>
            <w:r>
              <w:rPr>
                <w:rFonts w:ascii="Arial" w:hAnsi="Arial" w:cs="Arial"/>
                <w:b/>
                <w:sz w:val="26"/>
                <w:rtl/>
                <w:szCs w:val="26"/>
                <w:bCs/>
              </w:rPr>
              <w:t>תיאור</w:t>
            </w:r>
          </w:p>
        </w:tc>
        <w:tc>
          <w:tcPr>
            <w:tcW w:type="dxa" w:w="2606"/>
            <w:shd w:val="clear" w:fill="E5DBFF"/>
          </w:tcPr>
          <w:p>
            <w:pPr>
              <w:bidi/>
              <w:jc w:val="right"/>
            </w:pPr>
            <w:r>
              <w:rPr>
                <w:rFonts w:ascii="Arial" w:hAnsi="Arial" w:cs="Arial"/>
                <w:b/>
                <w:sz w:val="26"/>
                <w:rtl/>
                <w:szCs w:val="26"/>
                <w:bCs/>
              </w:rPr>
              <w:t>נשלל/ה? ✖</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מִכְתָּב</w:t>
            </w:r>
          </w:p>
        </w:tc>
        <w:tc>
          <w:tcPr>
            <w:tcW w:type="dxa" w:w="2606"/>
          </w:tcPr>
          <w:p>
            <w:pPr>
              <w:bidi/>
              <w:jc w:val="right"/>
            </w:pPr>
            <w:r>
              <w:rPr>
                <w:rFonts w:ascii="Arial" w:hAnsi="Arial" w:cs="Arial"/>
                <w:sz w:val="26"/>
                <w:rtl/>
                <w:szCs w:val="26"/>
              </w:rPr>
              <w:t>נוֹסֵעַ בַּדֹּאַר.</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מָטוֹס</w:t>
            </w:r>
          </w:p>
        </w:tc>
        <w:tc>
          <w:tcPr>
            <w:tcW w:type="dxa" w:w="2606"/>
          </w:tcPr>
          <w:p>
            <w:pPr>
              <w:bidi/>
              <w:jc w:val="right"/>
            </w:pPr>
            <w:r>
              <w:rPr>
                <w:rFonts w:ascii="Arial" w:hAnsi="Arial" w:cs="Arial"/>
                <w:sz w:val="26"/>
                <w:rtl/>
                <w:szCs w:val="26"/>
              </w:rPr>
              <w:t>טָס לְאֶרֶץ אַחֶרֶת.</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אִינְטֶרְנֶט</w:t>
            </w:r>
          </w:p>
        </w:tc>
        <w:tc>
          <w:tcPr>
            <w:tcW w:type="dxa" w:w="2606"/>
          </w:tcPr>
          <w:p>
            <w:pPr>
              <w:bidi/>
              <w:jc w:val="right"/>
            </w:pPr>
            <w:r>
              <w:rPr>
                <w:rFonts w:ascii="Arial" w:hAnsi="Arial" w:cs="Arial"/>
                <w:sz w:val="26"/>
                <w:rtl/>
                <w:szCs w:val="26"/>
              </w:rPr>
              <w:t>מְחַבֵּר מַחְשְׁבִים וְטֶלֶפוֹנִים.</w:t>
            </w:r>
          </w:p>
        </w:tc>
        <w:tc>
          <w:tcPr>
            <w:tcW w:type="dxa" w:w="2606"/>
          </w:tcPr>
          <w:p>
            <w:pPr>
              <w:bidi/>
              <w:jc w:val="right"/>
            </w:pPr>
            <w:r>
              <w:rPr>
                <w:rFonts w:ascii="Arial" w:hAnsi="Arial" w:cs="Arial"/>
                <w:sz w:val="26"/>
                <w:rtl/>
                <w:szCs w:val="26"/>
              </w:rPr>
              <w:t>☐</w:t>
            </w:r>
          </w:p>
        </w:tc>
      </w:tr>
    </w:tbl>
    <w:p>
      <w:pPr>
        <w:bidi/>
        <w:jc w:val="right"/>
      </w:pPr>
    </w:p>
    <w:p>
      <w:pPr>
        <w:bidi/>
        <w:jc w:val="right"/>
      </w:pPr>
      <w:r>
        <w:rPr>
          <w:rFonts w:ascii="Arial" w:hAnsi="Arial" w:cs="Arial"/>
          <w:b/>
          <w:sz w:val="28"/>
          <w:rtl/>
          <w:szCs w:val="28"/>
          <w:bCs/>
        </w:rPr>
        <w:t>1. מָתַי מַגִּיעַ מִכְתָּב בַּדֹּאַר?</w:t>
      </w:r>
    </w:p>
    <w:p>
      <w:pPr>
        <w:bidi/>
        <w:jc w:val="right"/>
      </w:pPr>
      <w:r>
        <w:rPr>
          <w:rFonts w:ascii="Arial" w:hAnsi="Arial" w:cs="Arial"/>
          <w:sz w:val="28"/>
          <w:rtl/>
          <w:szCs w:val="28"/>
        </w:rPr>
        <w:t xml:space="preserve">   ◯ א. אַחֲרֵי דַּקָּה</w:t>
      </w:r>
    </w:p>
    <w:p>
      <w:pPr>
        <w:bidi/>
        <w:jc w:val="right"/>
      </w:pPr>
      <w:r>
        <w:rPr>
          <w:rFonts w:ascii="Arial" w:hAnsi="Arial" w:cs="Arial"/>
          <w:sz w:val="28"/>
          <w:rtl/>
          <w:szCs w:val="28"/>
        </w:rPr>
        <w:t xml:space="preserve">   ◯ ב. אַחֲרֵי כַּמָּה שָׁבוּעוֹת</w:t>
      </w:r>
    </w:p>
    <w:p>
      <w:pPr>
        <w:bidi/>
        <w:jc w:val="right"/>
      </w:pPr>
      <w:r>
        <w:rPr>
          <w:rFonts w:ascii="Arial" w:hAnsi="Arial" w:cs="Arial"/>
          <w:sz w:val="28"/>
          <w:rtl/>
          <w:szCs w:val="28"/>
        </w:rPr>
        <w:t xml:space="preserve">   ◯ ג. אַחֲרֵי שָׁנָה</w:t>
      </w:r>
    </w:p>
    <w:p>
      <w:pPr>
        <w:bidi/>
        <w:jc w:val="right"/>
      </w:pPr>
      <w:r>
        <w:rPr>
          <w:rFonts w:ascii="Arial" w:hAnsi="Arial" w:cs="Arial"/>
          <w:b/>
          <w:sz w:val="28"/>
          <w:rtl/>
          <w:szCs w:val="28"/>
          <w:bCs/>
        </w:rPr>
        <w:t>2. כַּמָּה פְּעָמִים מַרְיָה טָסָה לְאַנָּה?</w:t>
      </w:r>
    </w:p>
    <w:p>
      <w:pPr>
        <w:bidi/>
        <w:jc w:val="right"/>
      </w:pPr>
      <w:r>
        <w:rPr>
          <w:rFonts w:ascii="Arial" w:hAnsi="Arial" w:cs="Arial"/>
          <w:sz w:val="28"/>
          <w:rtl/>
          <w:szCs w:val="28"/>
        </w:rPr>
        <w:t xml:space="preserve">   ◯ א. כָּל עֶרֶב</w:t>
      </w:r>
    </w:p>
    <w:p>
      <w:pPr>
        <w:bidi/>
        <w:jc w:val="right"/>
      </w:pPr>
      <w:r>
        <w:rPr>
          <w:rFonts w:ascii="Arial" w:hAnsi="Arial" w:cs="Arial"/>
          <w:sz w:val="28"/>
          <w:rtl/>
          <w:szCs w:val="28"/>
        </w:rPr>
        <w:t xml:space="preserve">   ◯ ב. כָּל שָׁבוּעַ</w:t>
      </w:r>
    </w:p>
    <w:p>
      <w:pPr>
        <w:bidi/>
        <w:jc w:val="right"/>
      </w:pPr>
      <w:r>
        <w:rPr>
          <w:rFonts w:ascii="Arial" w:hAnsi="Arial" w:cs="Arial"/>
          <w:sz w:val="28"/>
          <w:rtl/>
          <w:szCs w:val="28"/>
        </w:rPr>
        <w:t xml:space="preserve">   ◯ ג. פַּעַם בְּשָׁנָה</w:t>
      </w:r>
    </w:p>
    <w:p>
      <w:pPr>
        <w:bidi/>
        <w:jc w:val="right"/>
      </w:pPr>
      <w:r>
        <w:rPr>
          <w:rFonts w:ascii="Arial" w:hAnsi="Arial" w:cs="Arial"/>
          <w:b/>
          <w:sz w:val="28"/>
          <w:rtl/>
          <w:szCs w:val="28"/>
          <w:bCs/>
        </w:rPr>
        <w:t>3. אֵיפֹה הֵן רוֹאוֹת זוֹ אֶת זוֹ?</w:t>
      </w:r>
    </w:p>
    <w:p>
      <w:pPr>
        <w:bidi/>
        <w:jc w:val="right"/>
      </w:pPr>
      <w:r>
        <w:rPr>
          <w:rFonts w:ascii="Arial" w:hAnsi="Arial" w:cs="Arial"/>
          <w:sz w:val="28"/>
          <w:rtl/>
          <w:szCs w:val="28"/>
        </w:rPr>
        <w:t xml:space="preserve">   ◯ א. עַל הַמָּסָךְ</w:t>
      </w:r>
    </w:p>
    <w:p>
      <w:pPr>
        <w:bidi/>
        <w:jc w:val="right"/>
      </w:pPr>
      <w:r>
        <w:rPr>
          <w:rFonts w:ascii="Arial" w:hAnsi="Arial" w:cs="Arial"/>
          <w:sz w:val="28"/>
          <w:rtl/>
          <w:szCs w:val="28"/>
        </w:rPr>
        <w:t xml:space="preserve">   ◯ ב. בַּחַלּוֹן</w:t>
      </w:r>
    </w:p>
    <w:p>
      <w:pPr>
        <w:bidi/>
        <w:jc w:val="right"/>
      </w:pPr>
      <w:r>
        <w:rPr>
          <w:rFonts w:ascii="Arial" w:hAnsi="Arial" w:cs="Arial"/>
          <w:sz w:val="28"/>
          <w:rtl/>
          <w:szCs w:val="28"/>
        </w:rPr>
        <w:t xml:space="preserve">   ◯ ג. בִּתְמוּנָה בַּמִּכְתָּב</w:t>
      </w:r>
    </w:p>
    <w:p>
      <w:pPr>
        <w:bidi/>
        <w:jc w:val="right"/>
      </w:pPr>
      <w:r>
        <w:rPr>
          <w:rFonts w:ascii="Arial" w:hAnsi="Arial" w:cs="Arial"/>
          <w:sz w:val="28"/>
          <w:rtl/>
          <w:szCs w:val="28"/>
        </w:rPr>
        <w:t>האשם/ה הוא/היא: ______________________ . הוכחה מהטקסט:</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pStyle w:val="Heading2"/>
        <w:jc w:val="right"/>
      </w:pPr>
      <w:r>
        <w:rPr>
          <w:rFonts w:ascii="Arial" w:hAnsi="Arial" w:cs="Arial"/>
          <w:b/>
          <w:color w:val="6A3FD4"/>
          <w:sz w:val="32"/>
          <w:rtl/>
          <w:szCs w:val="32"/>
          <w:bCs/>
        </w:rPr>
        <w:t>🗝️ 🔐 הָעוֹלָם בַּחֲנוּת</w:t>
      </w:r>
    </w:p>
    <w:p>
      <w:pPr>
        <w:bidi/>
        <w:jc w:val="right"/>
      </w:pPr>
      <w:r>
        <w:rPr>
          <w:rFonts w:ascii="Arial" w:hAnsi="Arial" w:cs="Arial"/>
          <w:b/>
          <w:color w:val="6A3FD4"/>
          <w:sz w:val="26"/>
          <w:rtl/>
          <w:szCs w:val="26"/>
          <w:bCs/>
        </w:rPr>
        <w:t>▌ הקטע</w:t>
      </w:r>
    </w:p>
    <w:p>
      <w:pPr>
        <w:bidi/>
        <w:jc w:val="right"/>
      </w:pPr>
      <w:r>
        <w:rPr>
          <w:rFonts w:ascii="Arial" w:hAnsi="Arial" w:cs="Arial"/>
          <w:sz w:val="28"/>
          <w:rtl/>
          <w:szCs w:val="28"/>
        </w:rPr>
        <w:t>אֲנִי הוֹלֶכֶת לַחֲנוּת. יֵשׁ שָׁם מוּצָרִים מִכָּל הָעוֹלָם. הַקָּפֶה בָּא מֵאַפְרִיקָה. הָאֹרֶז בָּא מֵאַסְיָה. הַגְּבִינָה בָּאָה מֵאֵירוֹפָּה. אֵיךְ הֵם הִגִּיעוּ? בְּאֳנִיָּה גְּדוֹלָה, עַד הַנָּמָל בְּיִשְׂרָאֵל. מֵהַנָּמָל הֵם נוֹסְעִים בְּמַשָּׂאִית לַחֲנוּת. כָּךְ הָעוֹלָם כֻּלּוֹ בָּא אֵלַי!</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w:t>
            </w:r>
          </w:p>
        </w:tc>
        <w:tc>
          <w:tcPr>
            <w:tcW w:type="dxa" w:w="2606"/>
            <w:shd w:val="clear" w:fill="E5DBFF"/>
          </w:tcPr>
          <w:p>
            <w:pPr>
              <w:bidi/>
              <w:jc w:val="right"/>
            </w:pPr>
            <w:r>
              <w:rPr>
                <w:rFonts w:ascii="Arial" w:hAnsi="Arial" w:cs="Arial"/>
                <w:b/>
                <w:sz w:val="26"/>
                <w:rtl/>
                <w:szCs w:val="26"/>
                <w:bCs/>
              </w:rPr>
              <w:t>הצופן</w:t>
            </w:r>
          </w:p>
        </w:tc>
        <w:tc>
          <w:tcPr>
            <w:tcW w:type="dxa" w:w="2606"/>
            <w:shd w:val="clear" w:fill="E5DBFF"/>
          </w:tcPr>
          <w:p>
            <w:pPr>
              <w:bidi/>
              <w:jc w:val="right"/>
            </w:pPr>
            <w:r>
              <w:rPr>
                <w:rFonts w:ascii="Arial" w:hAnsi="Arial" w:cs="Arial"/>
                <w:b/>
                <w:sz w:val="26"/>
                <w:rtl/>
                <w:szCs w:val="26"/>
                <w:bCs/>
              </w:rPr>
              <w:t>רמז</w:t>
            </w:r>
          </w:p>
        </w:tc>
        <w:tc>
          <w:tcPr>
            <w:tcW w:type="dxa" w:w="2606"/>
            <w:shd w:val="clear" w:fill="E5DBFF"/>
          </w:tcPr>
          <w:p>
            <w:pPr>
              <w:bidi/>
              <w:jc w:val="right"/>
            </w:pPr>
            <w:r>
              <w:rPr>
                <w:rFonts w:ascii="Arial" w:hAnsi="Arial" w:cs="Arial"/>
                <w:b/>
                <w:sz w:val="26"/>
                <w:rtl/>
                <w:szCs w:val="26"/>
                <w:bCs/>
              </w:rPr>
              <w:t>המילה</w:t>
            </w:r>
          </w:p>
        </w:tc>
      </w:tr>
      <w:tr>
        <w:tc>
          <w:tcPr>
            <w:tcW w:type="dxa" w:w="2606"/>
          </w:tcPr>
          <w:p>
            <w:pPr>
              <w:bidi/>
              <w:jc w:val="right"/>
            </w:pPr>
            <w:r>
              <w:rPr>
                <w:rFonts w:ascii="Arial" w:hAnsi="Arial" w:cs="Arial"/>
                <w:sz w:val="26"/>
                <w:rtl/>
                <w:szCs w:val="26"/>
              </w:rPr>
              <w:t>1</w:t>
            </w:r>
          </w:p>
        </w:tc>
        <w:tc>
          <w:tcPr>
            <w:tcW w:type="dxa" w:w="2606"/>
          </w:tcPr>
          <w:p>
            <w:pPr>
              <w:bidi/>
              <w:jc w:val="right"/>
            </w:pPr>
            <w:r>
              <w:rPr>
                <w:rFonts w:ascii="Arial" w:hAnsi="Arial" w:cs="Arial"/>
                <w:sz w:val="26"/>
                <w:rtl/>
                <w:szCs w:val="26"/>
              </w:rPr>
              <w:t>🔢 ‏13‏ ‏- 6‏ ‏- 18‏ ‏- 20‏</w:t>
            </w:r>
          </w:p>
        </w:tc>
        <w:tc>
          <w:tcPr>
            <w:tcW w:type="dxa" w:w="2606"/>
          </w:tcPr>
          <w:p>
            <w:pPr>
              <w:bidi/>
              <w:jc w:val="right"/>
            </w:pPr>
            <w:r>
              <w:rPr>
                <w:rFonts w:ascii="Arial" w:hAnsi="Arial" w:cs="Arial"/>
                <w:sz w:val="26"/>
                <w:rtl/>
                <w:szCs w:val="26"/>
              </w:rPr>
              <w:t>דָּבָר שֶׁקּוֹנִים בַּחֲנוּת.</w:t>
            </w:r>
          </w:p>
        </w:tc>
        <w:tc>
          <w:tcPr>
            <w:tcW w:type="dxa" w:w="2606"/>
          </w:tcPr>
          <w:p>
            <w:pPr>
              <w:bidi/>
              <w:jc w:val="right"/>
            </w:pPr>
            <w:r>
              <w:rPr>
                <w:rFonts w:ascii="Arial" w:hAnsi="Arial" w:cs="Arial"/>
                <w:sz w:val="26"/>
                <w:rtl/>
                <w:szCs w:val="26"/>
              </w:rPr>
              <w:t>________</w:t>
            </w:r>
          </w:p>
        </w:tc>
      </w:tr>
      <w:tr>
        <w:tc>
          <w:tcPr>
            <w:tcW w:type="dxa" w:w="2606"/>
          </w:tcPr>
          <w:p>
            <w:pPr>
              <w:bidi/>
              <w:jc w:val="right"/>
            </w:pPr>
            <w:r>
              <w:rPr>
                <w:rFonts w:ascii="Arial" w:hAnsi="Arial" w:cs="Arial"/>
                <w:sz w:val="26"/>
                <w:rtl/>
                <w:szCs w:val="26"/>
              </w:rPr>
              <w:t>2</w:t>
            </w:r>
          </w:p>
        </w:tc>
        <w:tc>
          <w:tcPr>
            <w:tcW w:type="dxa" w:w="2606"/>
          </w:tcPr>
          <w:p>
            <w:pPr>
              <w:bidi/>
              <w:jc w:val="right"/>
            </w:pPr>
            <w:r>
              <w:rPr>
                <w:rFonts w:ascii="Arial" w:hAnsi="Arial" w:cs="Arial"/>
                <w:sz w:val="26"/>
                <w:rtl/>
                <w:szCs w:val="26"/>
              </w:rPr>
              <w:t>🔀 ה פ ק</w:t>
            </w:r>
          </w:p>
        </w:tc>
        <w:tc>
          <w:tcPr>
            <w:tcW w:type="dxa" w:w="2606"/>
          </w:tcPr>
          <w:p>
            <w:pPr>
              <w:bidi/>
              <w:jc w:val="right"/>
            </w:pPr>
            <w:r>
              <w:rPr>
                <w:rFonts w:ascii="Arial" w:hAnsi="Arial" w:cs="Arial"/>
                <w:sz w:val="26"/>
                <w:rtl/>
                <w:szCs w:val="26"/>
              </w:rPr>
              <w:t>שׁוֹתִים אוֹתוֹ חַם בַּבֹּקֶר ☕.</w:t>
            </w:r>
          </w:p>
        </w:tc>
        <w:tc>
          <w:tcPr>
            <w:tcW w:type="dxa" w:w="2606"/>
          </w:tcPr>
          <w:p>
            <w:pPr>
              <w:bidi/>
              <w:jc w:val="right"/>
            </w:pPr>
            <w:r>
              <w:rPr>
                <w:rFonts w:ascii="Arial" w:hAnsi="Arial" w:cs="Arial"/>
                <w:sz w:val="26"/>
                <w:rtl/>
                <w:szCs w:val="26"/>
              </w:rPr>
              <w:t>______</w:t>
            </w:r>
          </w:p>
        </w:tc>
      </w:tr>
      <w:tr>
        <w:tc>
          <w:tcPr>
            <w:tcW w:type="dxa" w:w="2606"/>
          </w:tcPr>
          <w:p>
            <w:pPr>
              <w:bidi/>
              <w:jc w:val="right"/>
            </w:pPr>
            <w:r>
              <w:rPr>
                <w:rFonts w:ascii="Arial" w:hAnsi="Arial" w:cs="Arial"/>
                <w:sz w:val="26"/>
                <w:rtl/>
                <w:szCs w:val="26"/>
              </w:rPr>
              <w:t>3</w:t>
            </w:r>
          </w:p>
        </w:tc>
        <w:tc>
          <w:tcPr>
            <w:tcW w:type="dxa" w:w="2606"/>
          </w:tcPr>
          <w:p>
            <w:pPr>
              <w:bidi/>
              <w:jc w:val="right"/>
            </w:pPr>
            <w:r>
              <w:rPr>
                <w:rFonts w:ascii="Arial" w:hAnsi="Arial" w:cs="Arial"/>
                <w:sz w:val="26"/>
                <w:rtl/>
                <w:szCs w:val="26"/>
              </w:rPr>
              <w:t>🔀 נ ל מ</w:t>
            </w:r>
          </w:p>
        </w:tc>
        <w:tc>
          <w:tcPr>
            <w:tcW w:type="dxa" w:w="2606"/>
          </w:tcPr>
          <w:p>
            <w:pPr>
              <w:bidi/>
              <w:jc w:val="right"/>
            </w:pPr>
            <w:r>
              <w:rPr>
                <w:rFonts w:ascii="Arial" w:hAnsi="Arial" w:cs="Arial"/>
                <w:sz w:val="26"/>
                <w:rtl/>
                <w:szCs w:val="26"/>
              </w:rPr>
              <w:t>פֹּה אֳנִיּוֹת עוֹצְרוֹת ⚓.</w:t>
            </w:r>
          </w:p>
        </w:tc>
        <w:tc>
          <w:tcPr>
            <w:tcW w:type="dxa" w:w="2606"/>
          </w:tcPr>
          <w:p>
            <w:pPr>
              <w:bidi/>
              <w:jc w:val="right"/>
            </w:pPr>
            <w:r>
              <w:rPr>
                <w:rFonts w:ascii="Arial" w:hAnsi="Arial" w:cs="Arial"/>
                <w:sz w:val="26"/>
                <w:rtl/>
                <w:szCs w:val="26"/>
              </w:rPr>
              <w:t>______</w:t>
            </w:r>
          </w:p>
        </w:tc>
      </w:tr>
      <w:tr>
        <w:tc>
          <w:tcPr>
            <w:tcW w:type="dxa" w:w="2606"/>
          </w:tcPr>
          <w:p>
            <w:pPr>
              <w:bidi/>
              <w:jc w:val="right"/>
            </w:pPr>
            <w:r>
              <w:rPr>
                <w:rFonts w:ascii="Arial" w:hAnsi="Arial" w:cs="Arial"/>
                <w:sz w:val="26"/>
                <w:rtl/>
                <w:szCs w:val="26"/>
              </w:rPr>
              <w:t>4</w:t>
            </w:r>
          </w:p>
        </w:tc>
        <w:tc>
          <w:tcPr>
            <w:tcW w:type="dxa" w:w="2606"/>
          </w:tcPr>
          <w:p>
            <w:pPr>
              <w:bidi/>
              <w:jc w:val="right"/>
            </w:pPr>
            <w:r>
              <w:rPr>
                <w:rFonts w:ascii="Arial" w:hAnsi="Arial" w:cs="Arial"/>
                <w:sz w:val="26"/>
                <w:rtl/>
                <w:szCs w:val="26"/>
              </w:rPr>
              <w:t>🔢 ‏16‏ ‏- 6‏ ‏- 12‏ ‏- 13‏</w:t>
            </w:r>
          </w:p>
        </w:tc>
        <w:tc>
          <w:tcPr>
            <w:tcW w:type="dxa" w:w="2606"/>
          </w:tcPr>
          <w:p>
            <w:pPr>
              <w:bidi/>
              <w:jc w:val="right"/>
            </w:pPr>
            <w:r>
              <w:rPr>
                <w:rFonts w:ascii="Arial" w:hAnsi="Arial" w:cs="Arial"/>
                <w:sz w:val="26"/>
                <w:rtl/>
                <w:szCs w:val="26"/>
              </w:rPr>
              <w:t>כָּל הָאֲרָצוֹת יַחַד 🌍.</w:t>
            </w:r>
          </w:p>
        </w:tc>
        <w:tc>
          <w:tcPr>
            <w:tcW w:type="dxa" w:w="2606"/>
          </w:tcPr>
          <w:p>
            <w:pPr>
              <w:bidi/>
              <w:jc w:val="right"/>
            </w:pPr>
            <w:r>
              <w:rPr>
                <w:rFonts w:ascii="Arial" w:hAnsi="Arial" w:cs="Arial"/>
                <w:sz w:val="26"/>
                <w:rtl/>
                <w:szCs w:val="26"/>
              </w:rPr>
              <w:t>________</w:t>
            </w:r>
          </w:p>
        </w:tc>
      </w:tr>
    </w:tbl>
    <w:p>
      <w:pPr>
        <w:bidi/>
        <w:jc w:val="right"/>
      </w:pPr>
    </w:p>
    <w:p>
      <w:pPr>
        <w:bidi/>
        <w:jc w:val="right"/>
      </w:pPr>
      <w:r>
        <w:rPr>
          <w:rFonts w:ascii="Arial" w:hAnsi="Arial" w:cs="Arial"/>
          <w:sz w:val="28"/>
          <w:rtl/>
          <w:szCs w:val="28"/>
        </w:rPr>
        <w:t>🔣 מפתח: א=1 ב=2 ג=3 ד=4 ה=5 ו=6 ז=7 ח=8 ט=9 י=10 כ=11 ל=12 מ=13 נ=14 ס=15 ע=16 פ=17 צ=18 ק=19 ר=20 ש=21 ת=22</w:t>
      </w:r>
    </w:p>
    <w:p>
      <w:pPr>
        <w:bidi/>
        <w:jc w:val="right"/>
      </w:pPr>
      <w:r>
        <w:rPr>
          <w:rFonts w:ascii="Arial" w:hAnsi="Arial" w:cs="Arial"/>
          <w:sz w:val="28"/>
          <w:rtl/>
          <w:szCs w:val="28"/>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 הַמַּסָּע שֶׁל הַקָּפֶה</w:t>
      </w:r>
    </w:p>
    <w:p>
      <w:pPr>
        <w:bidi/>
        <w:jc w:val="right"/>
      </w:pPr>
      <w:r>
        <w:rPr>
          <w:rFonts w:ascii="Arial" w:hAnsi="Arial" w:cs="Arial"/>
          <w:color w:val="555577"/>
          <w:sz w:val="28"/>
          <w:rtl/>
          <w:szCs w:val="28"/>
        </w:rPr>
        <w:t>הַקָּפֶה יוֹצֵא מֵאַפְרִיקָה. הוּא נוֹסֵעַ לְיִשְׂרָאֵל. בְּכָל תַּחֲנָה תְּקַבְּלוּ אוֹת. בכל תחנה – פתרו את המשימה וכתבו את אות הקסם שתקבלו מהמורה.</w:t>
      </w:r>
    </w:p>
    <w:p>
      <w:pPr>
        <w:bidi/>
        <w:jc w:val="right"/>
      </w:pPr>
      <w:r>
        <w:rPr>
          <w:rFonts w:ascii="Arial" w:hAnsi="Arial" w:cs="Arial"/>
          <w:b/>
          <w:sz w:val="28"/>
          <w:rtl/>
          <w:szCs w:val="28"/>
          <w:bCs/>
        </w:rPr>
        <w:t>1. 🌱 חַוַּת הַקָּפֶה – הַקָּפֶה גָּדֵל בְּאֶרֶץ חַמָּה. מָה הוּא צָרִיךְ?</w:t>
      </w:r>
    </w:p>
    <w:p>
      <w:pPr>
        <w:bidi/>
        <w:jc w:val="right"/>
      </w:pPr>
      <w:r>
        <w:rPr>
          <w:rFonts w:ascii="Arial" w:hAnsi="Arial" w:cs="Arial"/>
          <w:sz w:val="28"/>
          <w:rtl/>
          <w:szCs w:val="28"/>
        </w:rPr>
        <w:t xml:space="preserve">   ◯ א. שֶׁלֶג וְקֹר</w:t>
      </w:r>
    </w:p>
    <w:p>
      <w:pPr>
        <w:bidi/>
        <w:jc w:val="right"/>
      </w:pPr>
      <w:r>
        <w:rPr>
          <w:rFonts w:ascii="Arial" w:hAnsi="Arial" w:cs="Arial"/>
          <w:sz w:val="28"/>
          <w:rtl/>
          <w:szCs w:val="28"/>
        </w:rPr>
        <w:t xml:space="preserve">   ◯ ב. שֶׁמֶשׁ וְגֶשֶׁם</w:t>
      </w:r>
    </w:p>
    <w:p>
      <w:pPr>
        <w:bidi/>
        <w:jc w:val="right"/>
      </w:pPr>
      <w:r>
        <w:rPr>
          <w:rFonts w:ascii="Arial" w:hAnsi="Arial" w:cs="Arial"/>
          <w:sz w:val="28"/>
          <w:rtl/>
          <w:szCs w:val="28"/>
        </w:rPr>
        <w:t xml:space="preserve">   ◯ ג. חֹשֶׁךְ כָּל הַיּוֹם</w:t>
      </w:r>
    </w:p>
    <w:p>
      <w:pPr>
        <w:bidi/>
        <w:jc w:val="right"/>
      </w:pPr>
      <w:r>
        <w:rPr>
          <w:rFonts w:ascii="Arial" w:hAnsi="Arial" w:cs="Arial"/>
          <w:sz w:val="28"/>
          <w:rtl/>
          <w:szCs w:val="28"/>
        </w:rPr>
        <w:t xml:space="preserve">   ◯ ד. רַק חוֹל</w:t>
      </w:r>
    </w:p>
    <w:p>
      <w:pPr>
        <w:bidi/>
        <w:jc w:val="right"/>
      </w:pPr>
      <w:r>
        <w:rPr>
          <w:rFonts w:ascii="Arial" w:hAnsi="Arial" w:cs="Arial"/>
          <w:sz w:val="28"/>
          <w:rtl/>
          <w:szCs w:val="28"/>
        </w:rPr>
        <w:t>2. ⚓ הַנָּמָל – הַתְאִימוּ מִלָּה לְהֶסְבֵּר.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היגד</w:t>
            </w:r>
          </w:p>
        </w:tc>
        <w:tc>
          <w:tcPr>
            <w:tcW w:type="dxa" w:w="2606"/>
            <w:shd w:val="clear" w:fill="E5DBFF"/>
          </w:tcPr>
          <w:p>
            <w:pPr>
              <w:bidi/>
              <w:jc w:val="right"/>
            </w:pPr>
            <w:r>
              <w:rPr>
                <w:rFonts w:ascii="Arial" w:hAnsi="Arial" w:cs="Arial"/>
                <w:b/>
                <w:sz w:val="26"/>
                <w:rtl/>
                <w:szCs w:val="26"/>
                <w:bCs/>
              </w:rPr>
              <w:t>אות</w:t>
            </w:r>
          </w:p>
        </w:tc>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הקשר</w:t>
            </w:r>
          </w:p>
        </w:tc>
      </w:tr>
      <w:tr>
        <w:tc>
          <w:tcPr>
            <w:tcW w:type="dxa" w:w="2606"/>
          </w:tcPr>
          <w:p>
            <w:pPr>
              <w:bidi/>
              <w:jc w:val="right"/>
            </w:pPr>
            <w:r>
              <w:rPr>
                <w:rFonts w:ascii="Arial" w:hAnsi="Arial" w:cs="Arial"/>
                <w:sz w:val="26"/>
                <w:rtl/>
                <w:szCs w:val="26"/>
              </w:rPr>
              <w:t>נָמָל</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א.</w:t>
            </w:r>
          </w:p>
        </w:tc>
        <w:tc>
          <w:tcPr>
            <w:tcW w:type="dxa" w:w="2606"/>
          </w:tcPr>
          <w:p>
            <w:pPr>
              <w:bidi/>
              <w:jc w:val="right"/>
            </w:pPr>
            <w:r>
              <w:rPr>
                <w:rFonts w:ascii="Arial" w:hAnsi="Arial" w:cs="Arial"/>
                <w:sz w:val="26"/>
                <w:rtl/>
                <w:szCs w:val="26"/>
              </w:rPr>
              <w:t>קֻפְסָה גְּדוֹלָה מְאוֹד</w:t>
            </w:r>
          </w:p>
        </w:tc>
      </w:tr>
      <w:tr>
        <w:tc>
          <w:tcPr>
            <w:tcW w:type="dxa" w:w="2606"/>
          </w:tcPr>
          <w:p>
            <w:pPr>
              <w:bidi/>
              <w:jc w:val="right"/>
            </w:pPr>
            <w:r>
              <w:rPr>
                <w:rFonts w:ascii="Arial" w:hAnsi="Arial" w:cs="Arial"/>
                <w:sz w:val="26"/>
                <w:rtl/>
                <w:szCs w:val="26"/>
              </w:rPr>
              <w:t>מְכוֹלָה</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ב.</w:t>
            </w:r>
          </w:p>
        </w:tc>
        <w:tc>
          <w:tcPr>
            <w:tcW w:type="dxa" w:w="2606"/>
          </w:tcPr>
          <w:p>
            <w:pPr>
              <w:bidi/>
              <w:jc w:val="right"/>
            </w:pPr>
            <w:r>
              <w:rPr>
                <w:rFonts w:ascii="Arial" w:hAnsi="Arial" w:cs="Arial"/>
                <w:sz w:val="26"/>
                <w:rtl/>
                <w:szCs w:val="26"/>
              </w:rPr>
              <w:t>נוֹסַעַת עַל הַכְּבִישׁ</w:t>
            </w:r>
          </w:p>
        </w:tc>
      </w:tr>
      <w:tr>
        <w:tc>
          <w:tcPr>
            <w:tcW w:type="dxa" w:w="2606"/>
          </w:tcPr>
          <w:p>
            <w:pPr>
              <w:bidi/>
              <w:jc w:val="right"/>
            </w:pPr>
            <w:r>
              <w:rPr>
                <w:rFonts w:ascii="Arial" w:hAnsi="Arial" w:cs="Arial"/>
                <w:sz w:val="26"/>
                <w:rtl/>
                <w:szCs w:val="26"/>
              </w:rPr>
              <w:t>מַשָּׂאִית</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ג.</w:t>
            </w:r>
          </w:p>
        </w:tc>
        <w:tc>
          <w:tcPr>
            <w:tcW w:type="dxa" w:w="2606"/>
          </w:tcPr>
          <w:p>
            <w:pPr>
              <w:bidi/>
              <w:jc w:val="right"/>
            </w:pPr>
            <w:r>
              <w:rPr>
                <w:rFonts w:ascii="Arial" w:hAnsi="Arial" w:cs="Arial"/>
                <w:sz w:val="26"/>
                <w:rtl/>
                <w:szCs w:val="26"/>
              </w:rPr>
              <w:t>מָקוֹם לָאֳנִיּוֹת</w:t>
            </w:r>
          </w:p>
        </w:tc>
      </w:tr>
    </w:tbl>
    <w:p>
      <w:pPr>
        <w:bidi/>
        <w:jc w:val="right"/>
      </w:pPr>
    </w:p>
    <w:p>
      <w:pPr>
        <w:bidi/>
        <w:jc w:val="right"/>
      </w:pPr>
      <w:r>
        <w:rPr>
          <w:rFonts w:ascii="Arial" w:hAnsi="Arial" w:cs="Arial"/>
          <w:sz w:val="28"/>
          <w:rtl/>
          <w:szCs w:val="28"/>
        </w:rPr>
        <w:t>3. 🌊 בַּיָּם – הַתְאִימוּ מִלָּה לְהֶסְבֵּר.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היגד</w:t>
            </w:r>
          </w:p>
        </w:tc>
        <w:tc>
          <w:tcPr>
            <w:tcW w:type="dxa" w:w="2606"/>
            <w:shd w:val="clear" w:fill="E5DBFF"/>
          </w:tcPr>
          <w:p>
            <w:pPr>
              <w:bidi/>
              <w:jc w:val="right"/>
            </w:pPr>
            <w:r>
              <w:rPr>
                <w:rFonts w:ascii="Arial" w:hAnsi="Arial" w:cs="Arial"/>
                <w:b/>
                <w:sz w:val="26"/>
                <w:rtl/>
                <w:szCs w:val="26"/>
                <w:bCs/>
              </w:rPr>
              <w:t>אות</w:t>
            </w:r>
          </w:p>
        </w:tc>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הקשר</w:t>
            </w:r>
          </w:p>
        </w:tc>
      </w:tr>
      <w:tr>
        <w:tc>
          <w:tcPr>
            <w:tcW w:type="dxa" w:w="2606"/>
          </w:tcPr>
          <w:p>
            <w:pPr>
              <w:bidi/>
              <w:jc w:val="right"/>
            </w:pPr>
            <w:r>
              <w:rPr>
                <w:rFonts w:ascii="Arial" w:hAnsi="Arial" w:cs="Arial"/>
                <w:sz w:val="26"/>
                <w:rtl/>
                <w:szCs w:val="26"/>
              </w:rPr>
              <w:t>יְצוּא</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א.</w:t>
            </w:r>
          </w:p>
        </w:tc>
        <w:tc>
          <w:tcPr>
            <w:tcW w:type="dxa" w:w="2606"/>
          </w:tcPr>
          <w:p>
            <w:pPr>
              <w:bidi/>
              <w:jc w:val="right"/>
            </w:pPr>
            <w:r>
              <w:rPr>
                <w:rFonts w:ascii="Arial" w:hAnsi="Arial" w:cs="Arial"/>
                <w:sz w:val="26"/>
                <w:rtl/>
                <w:szCs w:val="26"/>
              </w:rPr>
              <w:t>קוֹנִים מֵאֶרֶץ אַחֶרֶת</w:t>
            </w:r>
          </w:p>
        </w:tc>
      </w:tr>
      <w:tr>
        <w:tc>
          <w:tcPr>
            <w:tcW w:type="dxa" w:w="2606"/>
          </w:tcPr>
          <w:p>
            <w:pPr>
              <w:bidi/>
              <w:jc w:val="right"/>
            </w:pPr>
            <w:r>
              <w:rPr>
                <w:rFonts w:ascii="Arial" w:hAnsi="Arial" w:cs="Arial"/>
                <w:sz w:val="26"/>
                <w:rtl/>
                <w:szCs w:val="26"/>
              </w:rPr>
              <w:t>יְבוּא</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ב.</w:t>
            </w:r>
          </w:p>
        </w:tc>
        <w:tc>
          <w:tcPr>
            <w:tcW w:type="dxa" w:w="2606"/>
          </w:tcPr>
          <w:p>
            <w:pPr>
              <w:bidi/>
              <w:jc w:val="right"/>
            </w:pPr>
            <w:r>
              <w:rPr>
                <w:rFonts w:ascii="Arial" w:hAnsi="Arial" w:cs="Arial"/>
                <w:sz w:val="26"/>
                <w:rtl/>
                <w:szCs w:val="26"/>
              </w:rPr>
              <w:t>קוֹנִים וּמוֹכְרִים</w:t>
            </w:r>
          </w:p>
        </w:tc>
      </w:tr>
      <w:tr>
        <w:tc>
          <w:tcPr>
            <w:tcW w:type="dxa" w:w="2606"/>
          </w:tcPr>
          <w:p>
            <w:pPr>
              <w:bidi/>
              <w:jc w:val="right"/>
            </w:pPr>
            <w:r>
              <w:rPr>
                <w:rFonts w:ascii="Arial" w:hAnsi="Arial" w:cs="Arial"/>
                <w:sz w:val="26"/>
                <w:rtl/>
                <w:szCs w:val="26"/>
              </w:rPr>
              <w:t>סַחַר</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ג.</w:t>
            </w:r>
          </w:p>
        </w:tc>
        <w:tc>
          <w:tcPr>
            <w:tcW w:type="dxa" w:w="2606"/>
          </w:tcPr>
          <w:p>
            <w:pPr>
              <w:bidi/>
              <w:jc w:val="right"/>
            </w:pPr>
            <w:r>
              <w:rPr>
                <w:rFonts w:ascii="Arial" w:hAnsi="Arial" w:cs="Arial"/>
                <w:sz w:val="26"/>
                <w:rtl/>
                <w:szCs w:val="26"/>
              </w:rPr>
              <w:t>מוֹכְרִים לְאֶרֶץ אַחֶרֶת</w:t>
            </w:r>
          </w:p>
        </w:tc>
      </w:tr>
    </w:tbl>
    <w:p>
      <w:pPr>
        <w:bidi/>
        <w:jc w:val="right"/>
      </w:pPr>
    </w:p>
    <w:p>
      <w:pPr>
        <w:bidi/>
        <w:jc w:val="right"/>
      </w:pPr>
      <w:r>
        <w:rPr>
          <w:rFonts w:ascii="Arial" w:hAnsi="Arial" w:cs="Arial"/>
          <w:b/>
          <w:sz w:val="28"/>
          <w:rtl/>
          <w:szCs w:val="28"/>
          <w:bCs/>
        </w:rPr>
        <w:t>4. 🛒 הַחֲנוּת בְּיִשְׂרָאֵל – כָּל הָעוֹלָם מְחֻבָּר, כְּמוֹ מָקוֹם קָטָן. אֵיךְ קוֹרְאִים לָזֶה?</w:t>
      </w:r>
    </w:p>
    <w:p>
      <w:pPr>
        <w:bidi/>
        <w:jc w:val="right"/>
      </w:pPr>
      <w:r>
        <w:rPr>
          <w:rFonts w:ascii="Arial" w:hAnsi="Arial" w:cs="Arial"/>
          <w:sz w:val="28"/>
          <w:rtl/>
          <w:szCs w:val="28"/>
        </w:rPr>
        <w:t xml:space="preserve">   ◯ א. עִיר גְּדוֹלָה</w:t>
      </w:r>
    </w:p>
    <w:p>
      <w:pPr>
        <w:bidi/>
        <w:jc w:val="right"/>
      </w:pPr>
      <w:r>
        <w:rPr>
          <w:rFonts w:ascii="Arial" w:hAnsi="Arial" w:cs="Arial"/>
          <w:sz w:val="28"/>
          <w:rtl/>
          <w:szCs w:val="28"/>
        </w:rPr>
        <w:t xml:space="preserve">   ◯ ב. חֲנוּת קְטַנָּה</w:t>
      </w:r>
    </w:p>
    <w:p>
      <w:pPr>
        <w:bidi/>
        <w:jc w:val="right"/>
      </w:pPr>
      <w:r>
        <w:rPr>
          <w:rFonts w:ascii="Arial" w:hAnsi="Arial" w:cs="Arial"/>
          <w:sz w:val="28"/>
          <w:rtl/>
          <w:szCs w:val="28"/>
        </w:rPr>
        <w:t xml:space="preserve">   ◯ ג. כְּפָר עוֹלָמִי</w:t>
      </w:r>
    </w:p>
    <w:p>
      <w:pPr>
        <w:bidi/>
        <w:jc w:val="right"/>
      </w:pPr>
      <w:r>
        <w:rPr>
          <w:rFonts w:ascii="Arial" w:hAnsi="Arial" w:cs="Arial"/>
          <w:sz w:val="28"/>
          <w:rtl/>
          <w:szCs w:val="28"/>
        </w:rPr>
        <w:t xml:space="preserve">   ◯ ד. בַּיִת חָדָשׁ</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E5DBFF"/>
          </w:tcPr>
          <w:p>
            <w:pPr>
              <w:bidi/>
              <w:jc w:val="right"/>
            </w:pPr>
            <w:r>
              <w:rPr>
                <w:rFonts w:ascii="Arial" w:hAnsi="Arial" w:cs="Arial"/>
                <w:b/>
                <w:sz w:val="26"/>
                <w:rtl/>
                <w:szCs w:val="26"/>
                <w:bCs/>
              </w:rPr>
              <w:t>תחנה</w:t>
            </w:r>
          </w:p>
        </w:tc>
        <w:tc>
          <w:tcPr>
            <w:tcW w:type="dxa" w:w="2085"/>
            <w:shd w:val="clear" w:fill="E5DBFF"/>
          </w:tcPr>
          <w:p>
            <w:pPr>
              <w:bidi/>
              <w:jc w:val="right"/>
            </w:pPr>
            <w:r>
              <w:rPr>
                <w:rFonts w:ascii="Arial" w:hAnsi="Arial" w:cs="Arial"/>
                <w:b/>
                <w:sz w:val="26"/>
                <w:rtl/>
                <w:szCs w:val="26"/>
                <w:bCs/>
              </w:rPr>
              <w:t>1</w:t>
            </w:r>
          </w:p>
        </w:tc>
        <w:tc>
          <w:tcPr>
            <w:tcW w:type="dxa" w:w="2085"/>
            <w:shd w:val="clear" w:fill="E5DBFF"/>
          </w:tcPr>
          <w:p>
            <w:pPr>
              <w:bidi/>
              <w:jc w:val="right"/>
            </w:pPr>
            <w:r>
              <w:rPr>
                <w:rFonts w:ascii="Arial" w:hAnsi="Arial" w:cs="Arial"/>
                <w:b/>
                <w:sz w:val="26"/>
                <w:rtl/>
                <w:szCs w:val="26"/>
                <w:bCs/>
              </w:rPr>
              <w:t>2</w:t>
            </w:r>
          </w:p>
        </w:tc>
        <w:tc>
          <w:tcPr>
            <w:tcW w:type="dxa" w:w="2085"/>
            <w:shd w:val="clear" w:fill="E5DBFF"/>
          </w:tcPr>
          <w:p>
            <w:pPr>
              <w:bidi/>
              <w:jc w:val="right"/>
            </w:pPr>
            <w:r>
              <w:rPr>
                <w:rFonts w:ascii="Arial" w:hAnsi="Arial" w:cs="Arial"/>
                <w:b/>
                <w:sz w:val="26"/>
                <w:rtl/>
                <w:szCs w:val="26"/>
                <w:bCs/>
              </w:rPr>
              <w:t>3</w:t>
            </w:r>
          </w:p>
        </w:tc>
        <w:tc>
          <w:tcPr>
            <w:tcW w:type="dxa" w:w="2085"/>
            <w:shd w:val="clear" w:fill="E5DBFF"/>
          </w:tcPr>
          <w:p>
            <w:pPr>
              <w:bidi/>
              <w:jc w:val="right"/>
            </w:pPr>
            <w:r>
              <w:rPr>
                <w:rFonts w:ascii="Arial" w:hAnsi="Arial" w:cs="Arial"/>
                <w:b/>
                <w:sz w:val="26"/>
                <w:rtl/>
                <w:szCs w:val="26"/>
                <w:bCs/>
              </w:rPr>
              <w:t>4</w:t>
            </w:r>
          </w:p>
        </w:tc>
      </w:tr>
      <w:tr>
        <w:tc>
          <w:tcPr>
            <w:tcW w:type="dxa" w:w="2085"/>
          </w:tcPr>
          <w:p>
            <w:pPr>
              <w:bidi/>
              <w:jc w:val="right"/>
            </w:pPr>
            <w:r>
              <w:rPr>
                <w:rFonts w:ascii="Arial" w:hAnsi="Arial" w:cs="Arial"/>
                <w:sz w:val="26"/>
                <w:rtl/>
                <w:szCs w:val="26"/>
              </w:rPr>
              <w:t>אות קסם</w:t>
            </w:r>
          </w:p>
        </w:tc>
        <w:tc>
          <w:tcPr>
            <w:tcW w:type="dxa" w:w="2085"/>
          </w:tcPr>
          <w:p>
            <w:pPr>
              <w:bidi/>
              <w:jc w:val="right"/>
            </w:pPr>
            <w:r>
              <w:rPr>
                <w:rFonts w:ascii="Arial" w:hAnsi="Arial" w:cs="Arial"/>
                <w:sz w:val="26"/>
                <w:rtl/>
                <w:szCs w:val="26"/>
              </w:rPr>
              <w:t>☐</w:t>
            </w:r>
          </w:p>
        </w:tc>
        <w:tc>
          <w:tcPr>
            <w:tcW w:type="dxa" w:w="2085"/>
          </w:tcPr>
          <w:p>
            <w:pPr>
              <w:bidi/>
              <w:jc w:val="right"/>
            </w:pPr>
            <w:r>
              <w:rPr>
                <w:rFonts w:ascii="Arial" w:hAnsi="Arial" w:cs="Arial"/>
                <w:sz w:val="26"/>
                <w:rtl/>
                <w:szCs w:val="26"/>
              </w:rPr>
              <w:t>☐</w:t>
            </w:r>
          </w:p>
        </w:tc>
        <w:tc>
          <w:tcPr>
            <w:tcW w:type="dxa" w:w="2085"/>
          </w:tcPr>
          <w:p>
            <w:pPr>
              <w:bidi/>
              <w:jc w:val="right"/>
            </w:pPr>
            <w:r>
              <w:rPr>
                <w:rFonts w:ascii="Arial" w:hAnsi="Arial" w:cs="Arial"/>
                <w:sz w:val="26"/>
                <w:rtl/>
                <w:szCs w:val="26"/>
              </w:rPr>
              <w:t>☐</w:t>
            </w:r>
          </w:p>
        </w:tc>
        <w:tc>
          <w:tcPr>
            <w:tcW w:type="dxa" w:w="2085"/>
          </w:tcPr>
          <w:p>
            <w:pPr>
              <w:bidi/>
              <w:jc w:val="right"/>
            </w:pPr>
            <w:r>
              <w:rPr>
                <w:rFonts w:ascii="Arial" w:hAnsi="Arial" w:cs="Arial"/>
                <w:sz w:val="26"/>
                <w:rtl/>
                <w:szCs w:val="26"/>
              </w:rPr>
              <w:t>☐</w:t>
            </w:r>
          </w:p>
        </w:tc>
      </w:tr>
    </w:tbl>
    <w:p>
      <w:pPr>
        <w:bidi/>
        <w:jc w:val="right"/>
      </w:pPr>
    </w:p>
    <w:p>
      <w:pPr>
        <w:bidi/>
        <w:jc w:val="right"/>
      </w:pPr>
      <w:r>
        <w:rPr>
          <w:rFonts w:ascii="Arial" w:hAnsi="Arial" w:cs="Arial"/>
          <w:sz w:val="28"/>
          <w:rtl/>
          <w:szCs w:val="28"/>
        </w:rPr>
        <w:t>🚪 קוד היציאה: ______________</w:t>
      </w:r>
    </w:p>
    <w:p>
      <w:pPr>
        <w:bidi/>
        <w:pStyle w:val="Heading2"/>
        <w:jc w:val="right"/>
      </w:pPr>
      <w:r>
        <w:rPr>
          <w:rFonts w:ascii="Arial" w:hAnsi="Arial" w:cs="Arial"/>
          <w:b/>
          <w:color w:val="6A3FD4"/>
          <w:sz w:val="32"/>
          <w:rtl/>
          <w:szCs w:val="32"/>
          <w:bCs/>
        </w:rPr>
        <w:t>⏳🗂️ 🧩 מְסַדְּרִים וּמְמַיְּנִים</w:t>
      </w:r>
    </w:p>
    <w:p>
      <w:pPr>
        <w:bidi/>
        <w:jc w:val="right"/>
      </w:pPr>
      <w:r>
        <w:rPr>
          <w:rFonts w:ascii="Arial" w:hAnsi="Arial" w:cs="Arial"/>
          <w:color w:val="555577"/>
          <w:sz w:val="28"/>
          <w:rtl/>
          <w:szCs w:val="28"/>
        </w:rPr>
        <w:t>סַדְּרוּ אֶת הַדֶּרֶךְ שֶׁל הַקָּפֶה. אַחַר כָּךְ מַיְּנוּ.</w:t>
      </w:r>
    </w:p>
    <w:p>
      <w:pPr>
        <w:bidi/>
        <w:jc w:val="right"/>
      </w:pPr>
      <w:r>
        <w:rPr>
          <w:rFonts w:ascii="Arial" w:hAnsi="Arial" w:cs="Arial"/>
          <w:sz w:val="28"/>
          <w:rtl/>
          <w:szCs w:val="28"/>
        </w:rPr>
        <w:t>סַדְּרוּ אֶת הַדֶּרֶךְ שֶׁל הַקָּפֶה.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6"/>
                <w:rtl/>
                <w:szCs w:val="26"/>
                <w:bCs/>
              </w:rPr>
              <w:t>מספר</w:t>
            </w:r>
          </w:p>
        </w:tc>
        <w:tc>
          <w:tcPr>
            <w:tcW w:type="dxa" w:w="5213"/>
            <w:shd w:val="clear" w:fill="E5DBFF"/>
          </w:tcPr>
          <w:p>
            <w:pPr>
              <w:bidi/>
              <w:jc w:val="right"/>
            </w:pPr>
            <w:r>
              <w:rPr>
                <w:rFonts w:ascii="Arial" w:hAnsi="Arial" w:cs="Arial"/>
                <w:b/>
                <w:sz w:val="26"/>
                <w:rtl/>
                <w:szCs w:val="26"/>
                <w:bCs/>
              </w:rPr>
              <w:t>האירוע / השלב</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הַקָּפֶה גָּדֵל בַּחַוָּה</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הָאֳנִיָּה שָׁטָה בַּיָּם</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הָאֳנִיָּה מַגִּיעָה לַנָּמָל</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הַמַּשָּׂאִית נוֹסַעַת לַחֲנוּת</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שָׂמִים אֶת הַקָּפֶה בִּמְכוֹלָה</w:t>
            </w:r>
          </w:p>
        </w:tc>
      </w:tr>
    </w:tbl>
    <w:p>
      <w:pPr>
        <w:bidi/>
        <w:jc w:val="right"/>
      </w:pPr>
    </w:p>
    <w:p>
      <w:pPr>
        <w:bidi/>
        <w:jc w:val="right"/>
      </w:pPr>
      <w:r>
        <w:rPr>
          <w:rFonts w:ascii="Arial" w:hAnsi="Arial" w:cs="Arial"/>
          <w:sz w:val="28"/>
          <w:rtl/>
          <w:szCs w:val="28"/>
        </w:rPr>
        <w:t>מַיְּנוּ: בְּכָל הָעוֹלָם, אוֹ רַק בְּמָקוֹם אֶחָד?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6"/>
                <w:rtl/>
                <w:szCs w:val="26"/>
                <w:bCs/>
              </w:rPr>
              <w:t>כרטיס</w:t>
            </w:r>
          </w:p>
        </w:tc>
        <w:tc>
          <w:tcPr>
            <w:tcW w:type="dxa" w:w="3475"/>
            <w:shd w:val="clear" w:fill="E5DBFF"/>
          </w:tcPr>
          <w:p>
            <w:pPr>
              <w:bidi/>
              <w:jc w:val="right"/>
            </w:pPr>
            <w:r>
              <w:rPr>
                <w:rFonts w:ascii="Arial" w:hAnsi="Arial" w:cs="Arial"/>
                <w:b/>
                <w:sz w:val="26"/>
                <w:rtl/>
                <w:szCs w:val="26"/>
                <w:bCs/>
              </w:rPr>
              <w:t>בְּכָל הָעוֹלָם 🌍</w:t>
            </w:r>
          </w:p>
        </w:tc>
        <w:tc>
          <w:tcPr>
            <w:tcW w:type="dxa" w:w="3475"/>
            <w:shd w:val="clear" w:fill="E5DBFF"/>
          </w:tcPr>
          <w:p>
            <w:pPr>
              <w:bidi/>
              <w:jc w:val="right"/>
            </w:pPr>
            <w:r>
              <w:rPr>
                <w:rFonts w:ascii="Arial" w:hAnsi="Arial" w:cs="Arial"/>
                <w:b/>
                <w:sz w:val="26"/>
                <w:rtl/>
                <w:szCs w:val="26"/>
                <w:bCs/>
              </w:rPr>
              <w:t>בְּמָקוֹם אֶחָד 🏡</w:t>
            </w:r>
          </w:p>
        </w:tc>
      </w:tr>
      <w:tr>
        <w:tc>
          <w:tcPr>
            <w:tcW w:type="dxa" w:w="3475"/>
          </w:tcPr>
          <w:p>
            <w:pPr>
              <w:bidi/>
              <w:jc w:val="right"/>
            </w:pPr>
            <w:r>
              <w:rPr>
                <w:rFonts w:ascii="Arial" w:hAnsi="Arial" w:cs="Arial"/>
                <w:sz w:val="26"/>
                <w:rtl/>
                <w:szCs w:val="26"/>
              </w:rPr>
              <w:t>טֶלֶפוֹן חָכָם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רִקּוּד שֶׁל קְהִלָּה אַחַת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שִׁיר עַם בִּשְׂפָה שֶׁל כְּפָר קָטָן</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מַאֲכָל מְיֻחָד שֶׁל הָעִיר שֶׁלִּי</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מִשְׂחַק כַּדּוּרֶגֶל</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אִינְטֶרְנֶט</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סֶרֶט מְצֻיָּר מְפֻרְסָם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8"/>
          <w:rtl/>
          <w:szCs w:val="28"/>
        </w:rPr>
        <w:t>• הַקָּפֶה גָּדֵל בַּחַוָּה</w:t>
      </w:r>
    </w:p>
    <w:p>
      <w:pPr>
        <w:bidi/>
        <w:jc w:val="right"/>
      </w:pPr>
      <w:r>
        <w:rPr>
          <w:rFonts w:ascii="Arial" w:hAnsi="Arial" w:cs="Arial"/>
          <w:sz w:val="28"/>
          <w:rtl/>
          <w:szCs w:val="28"/>
        </w:rPr>
        <w:t>• שָׂמִים אֶת הַקָּפֶה בִּמְכוֹלָה</w:t>
      </w:r>
    </w:p>
    <w:p>
      <w:pPr>
        <w:bidi/>
        <w:jc w:val="right"/>
      </w:pPr>
      <w:r>
        <w:rPr>
          <w:rFonts w:ascii="Arial" w:hAnsi="Arial" w:cs="Arial"/>
          <w:sz w:val="28"/>
          <w:rtl/>
          <w:szCs w:val="28"/>
        </w:rPr>
        <w:t>• הָאֳנִיָּה שָׁטָה בַּיָּם</w:t>
      </w:r>
    </w:p>
    <w:p>
      <w:pPr>
        <w:bidi/>
        <w:jc w:val="right"/>
      </w:pPr>
      <w:r>
        <w:rPr>
          <w:rFonts w:ascii="Arial" w:hAnsi="Arial" w:cs="Arial"/>
          <w:sz w:val="28"/>
          <w:rtl/>
          <w:szCs w:val="28"/>
        </w:rPr>
        <w:t>• הָאֳנִיָּה מַגִּיעָה לַנָּמָל</w:t>
      </w:r>
    </w:p>
    <w:p>
      <w:pPr>
        <w:bidi/>
        <w:jc w:val="right"/>
      </w:pPr>
      <w:r>
        <w:rPr>
          <w:rFonts w:ascii="Arial" w:hAnsi="Arial" w:cs="Arial"/>
          <w:sz w:val="28"/>
          <w:rtl/>
          <w:szCs w:val="28"/>
        </w:rPr>
        <w:t>• הַמַּשָּׂאִית נוֹסַעַת לַחֲנוּת</w:t>
      </w:r>
    </w:p>
    <w:p>
      <w:pPr>
        <w:bidi/>
        <w:jc w:val="right"/>
      </w:pPr>
      <w:r>
        <w:rPr>
          <w:rFonts w:ascii="Arial" w:hAnsi="Arial" w:cs="Arial"/>
          <w:sz w:val="28"/>
          <w:rtl/>
          <w:szCs w:val="28"/>
        </w:rPr>
        <w:t>• מִשְׂחַק כַּדּוּרֶגֶל</w:t>
      </w:r>
    </w:p>
    <w:p>
      <w:pPr>
        <w:bidi/>
        <w:jc w:val="right"/>
      </w:pPr>
      <w:r>
        <w:rPr>
          <w:rFonts w:ascii="Arial" w:hAnsi="Arial" w:cs="Arial"/>
          <w:sz w:val="28"/>
          <w:rtl/>
          <w:szCs w:val="28"/>
        </w:rPr>
        <w:t>• שִׁיר עַם בִּשְׂפָה שֶׁל כְּפָר קָטָן</w:t>
      </w:r>
    </w:p>
    <w:p>
      <w:pPr>
        <w:bidi/>
        <w:jc w:val="right"/>
      </w:pPr>
      <w:r>
        <w:rPr>
          <w:rFonts w:ascii="Arial" w:hAnsi="Arial" w:cs="Arial"/>
          <w:sz w:val="28"/>
          <w:rtl/>
          <w:szCs w:val="28"/>
        </w:rPr>
        <w:t>• טֶלֶפוֹן חָכָם</w:t>
      </w:r>
    </w:p>
    <w:p>
      <w:pPr>
        <w:bidi/>
        <w:jc w:val="right"/>
      </w:pPr>
      <w:r>
        <w:rPr>
          <w:rFonts w:ascii="Arial" w:hAnsi="Arial" w:cs="Arial"/>
          <w:sz w:val="28"/>
          <w:rtl/>
          <w:szCs w:val="28"/>
        </w:rPr>
        <w:t>• מַאֲכָל מְיֻחָד שֶׁל הָעִיר שֶׁלִּי</w:t>
      </w:r>
    </w:p>
    <w:p>
      <w:pPr>
        <w:bidi/>
        <w:jc w:val="right"/>
      </w:pPr>
      <w:r>
        <w:rPr>
          <w:rFonts w:ascii="Arial" w:hAnsi="Arial" w:cs="Arial"/>
          <w:sz w:val="28"/>
          <w:rtl/>
          <w:szCs w:val="28"/>
        </w:rPr>
        <w:t>• אִינְטֶרְנֶט</w:t>
      </w:r>
    </w:p>
    <w:p>
      <w:pPr>
        <w:bidi/>
        <w:jc w:val="right"/>
      </w:pPr>
      <w:r>
        <w:rPr>
          <w:rFonts w:ascii="Arial" w:hAnsi="Arial" w:cs="Arial"/>
          <w:sz w:val="28"/>
          <w:rtl/>
          <w:szCs w:val="28"/>
        </w:rPr>
        <w:t>• רִקּוּד שֶׁל קְהִלָּה אַחַת</w:t>
      </w:r>
    </w:p>
    <w:p>
      <w:pPr>
        <w:bidi/>
        <w:jc w:val="right"/>
      </w:pPr>
      <w:r>
        <w:rPr>
          <w:rFonts w:ascii="Arial" w:hAnsi="Arial" w:cs="Arial"/>
          <w:sz w:val="28"/>
          <w:rtl/>
          <w:szCs w:val="28"/>
        </w:rPr>
        <w:t>• סֶרֶט מְצֻיָּר מְפֻרְסָם</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 הַטֶּלֶפוֹן שֶׁל יוֹסֵף</w:t>
      </w:r>
    </w:p>
    <w:p>
      <w:pPr>
        <w:bidi/>
        <w:jc w:val="right"/>
      </w:pPr>
      <w:r>
        <w:rPr>
          <w:rFonts w:ascii="Arial" w:hAnsi="Arial" w:cs="Arial"/>
          <w:color w:val="555577"/>
          <w:sz w:val="28"/>
          <w:rtl/>
          <w:szCs w:val="28"/>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8"/>
          <w:rtl/>
          <w:szCs w:val="28"/>
        </w:rPr>
        <w:t>יוֹסֵף עוֹלֶה חָדָשׁ. הוּא קָנָה טֶלֶפוֹן. הוּא שׁוֹאֵל: מֵאֵיפֹה הַטֶּלֶפוֹן?</w:t>
      </w:r>
    </w:p>
    <w:p>
      <w:pPr>
        <w:bidi/>
        <w:jc w:val="right"/>
      </w:pPr>
      <w:r>
        <w:rPr>
          <w:rFonts w:ascii="Arial" w:hAnsi="Arial" w:cs="Arial"/>
          <w:b/>
          <w:sz w:val="28"/>
          <w:rtl/>
          <w:szCs w:val="28"/>
          <w:bCs/>
        </w:rPr>
        <w:t>1. מָה אַתֶּם חוֹשְׁבִים?</w:t>
      </w:r>
    </w:p>
    <w:p>
      <w:pPr>
        <w:bidi/>
        <w:jc w:val="right"/>
      </w:pPr>
      <w:r>
        <w:rPr>
          <w:rFonts w:ascii="Arial" w:hAnsi="Arial" w:cs="Arial"/>
          <w:sz w:val="28"/>
          <w:rtl/>
          <w:szCs w:val="28"/>
        </w:rPr>
        <w:t xml:space="preserve">   ◯ א. מֵאֶרֶץ אַחַת</w:t>
      </w:r>
    </w:p>
    <w:p>
      <w:pPr>
        <w:bidi/>
        <w:jc w:val="right"/>
      </w:pPr>
      <w:r>
        <w:rPr>
          <w:rFonts w:ascii="Arial" w:hAnsi="Arial" w:cs="Arial"/>
          <w:sz w:val="28"/>
          <w:rtl/>
          <w:szCs w:val="28"/>
        </w:rPr>
        <w:t xml:space="preserve">   ◯ ב. מֵהַרְבֵּה אֲרָצוֹת</w:t>
      </w:r>
    </w:p>
    <w:p>
      <w:pPr>
        <w:bidi/>
        <w:jc w:val="right"/>
      </w:pPr>
      <w:r>
        <w:rPr>
          <w:rFonts w:ascii="Arial" w:hAnsi="Arial" w:cs="Arial"/>
          <w:sz w:val="28"/>
          <w:rtl/>
          <w:szCs w:val="28"/>
        </w:rPr>
        <w:t xml:space="preserve">   ◯ ג. רַק מִיִּשְׂרָאֵל</w:t>
      </w:r>
    </w:p>
    <w:p>
      <w:pPr>
        <w:bidi/>
        <w:jc w:val="right"/>
      </w:pPr>
      <w:r>
        <w:rPr>
          <w:rFonts w:ascii="Arial" w:hAnsi="Arial" w:cs="Arial"/>
          <w:sz w:val="28"/>
          <w:rtl/>
          <w:szCs w:val="28"/>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8"/>
          <w:rtl/>
          <w:szCs w:val="28"/>
        </w:rPr>
        <w:t>יוֹסֵף מְדַבֵּר עִם חָבֵר בְּאֶרֶץ אַחֶרֶת. הַשִּׂיחָה בָּאִינְטֶרְנֶט.</w:t>
      </w:r>
    </w:p>
    <w:p>
      <w:pPr>
        <w:bidi/>
        <w:jc w:val="right"/>
      </w:pPr>
      <w:r>
        <w:rPr>
          <w:rFonts w:ascii="Arial" w:hAnsi="Arial" w:cs="Arial"/>
          <w:b/>
          <w:sz w:val="28"/>
          <w:rtl/>
          <w:szCs w:val="28"/>
          <w:bCs/>
        </w:rPr>
        <w:t>2. מָה יִקְרֶה לַחֲבֵרוּת?</w:t>
      </w:r>
    </w:p>
    <w:p>
      <w:pPr>
        <w:bidi/>
        <w:jc w:val="right"/>
      </w:pPr>
      <w:r>
        <w:rPr>
          <w:rFonts w:ascii="Arial" w:hAnsi="Arial" w:cs="Arial"/>
          <w:sz w:val="28"/>
          <w:rtl/>
          <w:szCs w:val="28"/>
        </w:rPr>
        <w:t xml:space="preserve">   ◯ א. הִיא תִּמָּשֵׁךְ</w:t>
      </w:r>
    </w:p>
    <w:p>
      <w:pPr>
        <w:bidi/>
        <w:jc w:val="right"/>
      </w:pPr>
      <w:r>
        <w:rPr>
          <w:rFonts w:ascii="Arial" w:hAnsi="Arial" w:cs="Arial"/>
          <w:sz w:val="28"/>
          <w:rtl/>
          <w:szCs w:val="28"/>
        </w:rPr>
        <w:t xml:space="preserve">   ◯ ב. הִיא תִּגָּמֵר מַהֵר</w:t>
      </w:r>
    </w:p>
    <w:p>
      <w:pPr>
        <w:bidi/>
        <w:jc w:val="right"/>
      </w:pPr>
      <w:r>
        <w:rPr>
          <w:rFonts w:ascii="Arial" w:hAnsi="Arial" w:cs="Arial"/>
          <w:sz w:val="28"/>
          <w:rtl/>
          <w:szCs w:val="28"/>
        </w:rPr>
        <w:t xml:space="preserve">   ◯ ג. הֵם יִשְׁכְּחוּ זֶה אֶת זֶה</w:t>
      </w:r>
    </w:p>
    <w:p>
      <w:pPr>
        <w:bidi/>
        <w:jc w:val="right"/>
      </w:pPr>
      <w:r>
        <w:rPr>
          <w:rFonts w:ascii="Arial" w:hAnsi="Arial" w:cs="Arial"/>
          <w:sz w:val="28"/>
          <w:rtl/>
          <w:szCs w:val="28"/>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8"/>
          <w:rtl/>
          <w:szCs w:val="28"/>
        </w:rPr>
        <w:t>אַחֲרֵי שָׁנָתַיִם הַטֶּלֶפוֹן יָשָׁן. יוֹסֵף קוֹנֶה טֶלֶפוֹן חָדָשׁ.</w:t>
      </w:r>
    </w:p>
    <w:p>
      <w:pPr>
        <w:bidi/>
        <w:jc w:val="right"/>
      </w:pPr>
      <w:r>
        <w:rPr>
          <w:rFonts w:ascii="Arial" w:hAnsi="Arial" w:cs="Arial"/>
          <w:b/>
          <w:sz w:val="28"/>
          <w:rtl/>
          <w:szCs w:val="28"/>
          <w:bCs/>
        </w:rPr>
        <w:t>3. מָה הוּא יַעֲשֶׂה עִם הַטֶּלֶפוֹן הַיָּשָׁן?</w:t>
      </w:r>
    </w:p>
    <w:p>
      <w:pPr>
        <w:bidi/>
        <w:jc w:val="right"/>
      </w:pPr>
      <w:r>
        <w:rPr>
          <w:rFonts w:ascii="Arial" w:hAnsi="Arial" w:cs="Arial"/>
          <w:sz w:val="28"/>
          <w:rtl/>
          <w:szCs w:val="28"/>
        </w:rPr>
        <w:t xml:space="preserve">   ◯ א. יִזְרֹק לַפַּח</w:t>
      </w:r>
    </w:p>
    <w:p>
      <w:pPr>
        <w:bidi/>
        <w:jc w:val="right"/>
      </w:pPr>
      <w:r>
        <w:rPr>
          <w:rFonts w:ascii="Arial" w:hAnsi="Arial" w:cs="Arial"/>
          <w:sz w:val="28"/>
          <w:rtl/>
          <w:szCs w:val="28"/>
        </w:rPr>
        <w:t xml:space="preserve">   ◯ ב. יִשְׁבֹּר אוֹתוֹ</w:t>
      </w:r>
    </w:p>
    <w:p>
      <w:pPr>
        <w:bidi/>
        <w:jc w:val="right"/>
      </w:pPr>
      <w:r>
        <w:rPr>
          <w:rFonts w:ascii="Arial" w:hAnsi="Arial" w:cs="Arial"/>
          <w:sz w:val="28"/>
          <w:rtl/>
          <w:szCs w:val="28"/>
        </w:rPr>
        <w:t xml:space="preserve">   ◯ ג. יִתֵּן לְמִחְזוּר</w:t>
      </w:r>
    </w:p>
    <w:p>
      <w:pPr>
        <w:bidi/>
        <w:jc w:val="right"/>
      </w:pPr>
      <w:r>
        <w:rPr>
          <w:rFonts w:ascii="Arial" w:hAnsi="Arial" w:cs="Arial"/>
          <w:sz w:val="28"/>
          <w:rtl/>
          <w:szCs w:val="28"/>
        </w:rPr>
        <w:t>מה קרה באמת? ____________________________</w:t>
      </w:r>
    </w:p>
    <w:p>
      <w:pPr>
        <w:bidi/>
        <w:pStyle w:val="Heading2"/>
        <w:jc w:val="right"/>
      </w:pPr>
      <w:r>
        <w:rPr>
          <w:rFonts w:ascii="Arial" w:hAnsi="Arial" w:cs="Arial"/>
          <w:b/>
          <w:color w:val="6A3FD4"/>
          <w:sz w:val="32"/>
          <w:rtl/>
          <w:szCs w:val="32"/>
          <w:bCs/>
        </w:rPr>
        <w:t>🧩 🎯 מִי לֹא שַׁיָּךְ?</w:t>
      </w:r>
    </w:p>
    <w:p>
      <w:pPr>
        <w:bidi/>
        <w:jc w:val="right"/>
      </w:pPr>
      <w:r>
        <w:rPr>
          <w:rFonts w:ascii="Arial" w:hAnsi="Arial" w:cs="Arial"/>
          <w:b/>
          <w:sz w:val="28"/>
          <w:rtl/>
          <w:szCs w:val="28"/>
          <w:bCs/>
        </w:rPr>
        <w:t>1. מי יוצא הדופן?</w:t>
      </w:r>
    </w:p>
    <w:p>
      <w:pPr>
        <w:bidi/>
        <w:jc w:val="right"/>
      </w:pPr>
      <w:r>
        <w:rPr>
          <w:rFonts w:ascii="Arial" w:hAnsi="Arial" w:cs="Arial"/>
          <w:sz w:val="28"/>
          <w:rtl/>
          <w:szCs w:val="28"/>
        </w:rPr>
        <w:t xml:space="preserve">   ◯ א. יְבוּא</w:t>
      </w:r>
    </w:p>
    <w:p>
      <w:pPr>
        <w:bidi/>
        <w:jc w:val="right"/>
      </w:pPr>
      <w:r>
        <w:rPr>
          <w:rFonts w:ascii="Arial" w:hAnsi="Arial" w:cs="Arial"/>
          <w:sz w:val="28"/>
          <w:rtl/>
          <w:szCs w:val="28"/>
        </w:rPr>
        <w:t xml:space="preserve">   ◯ ב. יְצוּא</w:t>
      </w:r>
    </w:p>
    <w:p>
      <w:pPr>
        <w:bidi/>
        <w:jc w:val="right"/>
      </w:pPr>
      <w:r>
        <w:rPr>
          <w:rFonts w:ascii="Arial" w:hAnsi="Arial" w:cs="Arial"/>
          <w:sz w:val="28"/>
          <w:rtl/>
          <w:szCs w:val="28"/>
        </w:rPr>
        <w:t xml:space="preserve">   ◯ ג. סַחַר</w:t>
      </w:r>
    </w:p>
    <w:p>
      <w:pPr>
        <w:bidi/>
        <w:jc w:val="right"/>
      </w:pPr>
      <w:r>
        <w:rPr>
          <w:rFonts w:ascii="Arial" w:hAnsi="Arial" w:cs="Arial"/>
          <w:sz w:val="28"/>
          <w:rtl/>
          <w:szCs w:val="28"/>
        </w:rPr>
        <w:t xml:space="preserve">   ◯ ד. שֶׁלֶג</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כִּי הוּא לֹא קָשׁוּר לִקְנִיָּה וּמְכִירָה</w:t>
      </w:r>
    </w:p>
    <w:p>
      <w:pPr>
        <w:bidi/>
        <w:jc w:val="right"/>
      </w:pPr>
      <w:r>
        <w:rPr>
          <w:rFonts w:ascii="Arial" w:hAnsi="Arial" w:cs="Arial"/>
          <w:sz w:val="28"/>
          <w:rtl/>
          <w:szCs w:val="28"/>
        </w:rPr>
        <w:t xml:space="preserve">   ◯ ב. כִּי הוּא מִלָּה אֲרֻכָּה</w:t>
      </w:r>
    </w:p>
    <w:p>
      <w:pPr>
        <w:bidi/>
        <w:jc w:val="right"/>
      </w:pPr>
      <w:r>
        <w:rPr>
          <w:rFonts w:ascii="Arial" w:hAnsi="Arial" w:cs="Arial"/>
          <w:sz w:val="28"/>
          <w:rtl/>
          <w:szCs w:val="28"/>
        </w:rPr>
        <w:t xml:space="preserve">   ◯ ג. כִּי יֵשׁ בּוֹ הָאוֹת ס</w:t>
      </w:r>
    </w:p>
    <w:p>
      <w:pPr>
        <w:bidi/>
        <w:jc w:val="right"/>
      </w:pPr>
      <w:r>
        <w:rPr>
          <w:rFonts w:ascii="Arial" w:hAnsi="Arial" w:cs="Arial"/>
          <w:b/>
          <w:sz w:val="28"/>
          <w:rtl/>
          <w:szCs w:val="28"/>
          <w:bCs/>
        </w:rPr>
        <w:t>2. מי יוצא הדופן?</w:t>
      </w:r>
    </w:p>
    <w:p>
      <w:pPr>
        <w:bidi/>
        <w:jc w:val="right"/>
      </w:pPr>
      <w:r>
        <w:rPr>
          <w:rFonts w:ascii="Arial" w:hAnsi="Arial" w:cs="Arial"/>
          <w:sz w:val="28"/>
          <w:rtl/>
          <w:szCs w:val="28"/>
        </w:rPr>
        <w:t xml:space="preserve">   ◯ א. אַסְיָה</w:t>
      </w:r>
    </w:p>
    <w:p>
      <w:pPr>
        <w:bidi/>
        <w:jc w:val="right"/>
      </w:pPr>
      <w:r>
        <w:rPr>
          <w:rFonts w:ascii="Arial" w:hAnsi="Arial" w:cs="Arial"/>
          <w:sz w:val="28"/>
          <w:rtl/>
          <w:szCs w:val="28"/>
        </w:rPr>
        <w:t xml:space="preserve">   ◯ ב. אַפְרִיקָה</w:t>
      </w:r>
    </w:p>
    <w:p>
      <w:pPr>
        <w:bidi/>
        <w:jc w:val="right"/>
      </w:pPr>
      <w:r>
        <w:rPr>
          <w:rFonts w:ascii="Arial" w:hAnsi="Arial" w:cs="Arial"/>
          <w:sz w:val="28"/>
          <w:rtl/>
          <w:szCs w:val="28"/>
        </w:rPr>
        <w:t xml:space="preserve">   ◯ ג. אֵירוֹפָּה</w:t>
      </w:r>
    </w:p>
    <w:p>
      <w:pPr>
        <w:bidi/>
        <w:jc w:val="right"/>
      </w:pPr>
      <w:r>
        <w:rPr>
          <w:rFonts w:ascii="Arial" w:hAnsi="Arial" w:cs="Arial"/>
          <w:sz w:val="28"/>
          <w:rtl/>
          <w:szCs w:val="28"/>
        </w:rPr>
        <w:t xml:space="preserve">   ◯ ד. יִשְׂרָאֵל</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כִּי אֵין בָּהּ יָם</w:t>
      </w:r>
    </w:p>
    <w:p>
      <w:pPr>
        <w:bidi/>
        <w:jc w:val="right"/>
      </w:pPr>
      <w:r>
        <w:rPr>
          <w:rFonts w:ascii="Arial" w:hAnsi="Arial" w:cs="Arial"/>
          <w:sz w:val="28"/>
          <w:rtl/>
          <w:szCs w:val="28"/>
        </w:rPr>
        <w:t xml:space="preserve">   ◯ ב. כִּי הִיא מְדִינָה – הַשְּׁאָר יַבָּשׁוֹת</w:t>
      </w:r>
    </w:p>
    <w:p>
      <w:pPr>
        <w:bidi/>
        <w:jc w:val="right"/>
      </w:pPr>
      <w:r>
        <w:rPr>
          <w:rFonts w:ascii="Arial" w:hAnsi="Arial" w:cs="Arial"/>
          <w:sz w:val="28"/>
          <w:rtl/>
          <w:szCs w:val="28"/>
        </w:rPr>
        <w:t xml:space="preserve">   ◯ ג. כִּי הִיא רְחוֹקָה מְאוֹד</w:t>
      </w:r>
    </w:p>
    <w:p>
      <w:pPr>
        <w:bidi/>
        <w:jc w:val="right"/>
      </w:pPr>
      <w:r>
        <w:rPr>
          <w:rFonts w:ascii="Arial" w:hAnsi="Arial" w:cs="Arial"/>
          <w:b/>
          <w:sz w:val="28"/>
          <w:rtl/>
          <w:szCs w:val="28"/>
          <w:bCs/>
        </w:rPr>
        <w:t>3. מי יוצא הדופן?</w:t>
      </w:r>
    </w:p>
    <w:p>
      <w:pPr>
        <w:bidi/>
        <w:jc w:val="right"/>
      </w:pPr>
      <w:r>
        <w:rPr>
          <w:rFonts w:ascii="Arial" w:hAnsi="Arial" w:cs="Arial"/>
          <w:sz w:val="28"/>
          <w:rtl/>
          <w:szCs w:val="28"/>
        </w:rPr>
        <w:t xml:space="preserve">   ◯ א. מַחְשֵׁב</w:t>
      </w:r>
    </w:p>
    <w:p>
      <w:pPr>
        <w:bidi/>
        <w:jc w:val="right"/>
      </w:pPr>
      <w:r>
        <w:rPr>
          <w:rFonts w:ascii="Arial" w:hAnsi="Arial" w:cs="Arial"/>
          <w:sz w:val="28"/>
          <w:rtl/>
          <w:szCs w:val="28"/>
        </w:rPr>
        <w:t xml:space="preserve">   ◯ ב. אֳנִיָּה</w:t>
      </w:r>
    </w:p>
    <w:p>
      <w:pPr>
        <w:bidi/>
        <w:jc w:val="right"/>
      </w:pPr>
      <w:r>
        <w:rPr>
          <w:rFonts w:ascii="Arial" w:hAnsi="Arial" w:cs="Arial"/>
          <w:sz w:val="28"/>
          <w:rtl/>
          <w:szCs w:val="28"/>
        </w:rPr>
        <w:t xml:space="preserve">   ◯ ג. מָטוֹס</w:t>
      </w:r>
    </w:p>
    <w:p>
      <w:pPr>
        <w:bidi/>
        <w:jc w:val="right"/>
      </w:pPr>
      <w:r>
        <w:rPr>
          <w:rFonts w:ascii="Arial" w:hAnsi="Arial" w:cs="Arial"/>
          <w:sz w:val="28"/>
          <w:rtl/>
          <w:szCs w:val="28"/>
        </w:rPr>
        <w:t xml:space="preserve">   ◯ ד. רַכֶּבֶת</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כִּי הוּא כָּבֵד מְאוֹד</w:t>
      </w:r>
    </w:p>
    <w:p>
      <w:pPr>
        <w:bidi/>
        <w:jc w:val="right"/>
      </w:pPr>
      <w:r>
        <w:rPr>
          <w:rFonts w:ascii="Arial" w:hAnsi="Arial" w:cs="Arial"/>
          <w:sz w:val="28"/>
          <w:rtl/>
          <w:szCs w:val="28"/>
        </w:rPr>
        <w:t xml:space="preserve">   ◯ ב. כִּי הוּא נוֹסֵעַ בַּיָּם</w:t>
      </w:r>
    </w:p>
    <w:p>
      <w:pPr>
        <w:bidi/>
        <w:jc w:val="right"/>
      </w:pPr>
      <w:r>
        <w:rPr>
          <w:rFonts w:ascii="Arial" w:hAnsi="Arial" w:cs="Arial"/>
          <w:sz w:val="28"/>
          <w:rtl/>
          <w:szCs w:val="28"/>
        </w:rPr>
        <w:t xml:space="preserve">   ◯ ג. כִּי הוּא לֹא מוֹבִיל אֲנָשִׁים וּסְחוֹרָה</w:t>
      </w:r>
    </w:p>
    <w:p>
      <w:pPr>
        <w:bidi/>
        <w:jc w:val="right"/>
      </w:pPr>
      <w:r>
        <w:rPr>
          <w:rFonts w:ascii="Arial" w:hAnsi="Arial" w:cs="Arial"/>
          <w:b/>
          <w:sz w:val="28"/>
          <w:rtl/>
          <w:szCs w:val="28"/>
          <w:bCs/>
        </w:rPr>
        <w:t>4. מי יוצא הדופן?</w:t>
      </w:r>
    </w:p>
    <w:p>
      <w:pPr>
        <w:bidi/>
        <w:jc w:val="right"/>
      </w:pPr>
      <w:r>
        <w:rPr>
          <w:rFonts w:ascii="Arial" w:hAnsi="Arial" w:cs="Arial"/>
          <w:sz w:val="28"/>
          <w:rtl/>
          <w:szCs w:val="28"/>
        </w:rPr>
        <w:t xml:space="preserve">   ◯ א. קָפֶה</w:t>
      </w:r>
    </w:p>
    <w:p>
      <w:pPr>
        <w:bidi/>
        <w:jc w:val="right"/>
      </w:pPr>
      <w:r>
        <w:rPr>
          <w:rFonts w:ascii="Arial" w:hAnsi="Arial" w:cs="Arial"/>
          <w:sz w:val="28"/>
          <w:rtl/>
          <w:szCs w:val="28"/>
        </w:rPr>
        <w:t xml:space="preserve">   ◯ ב. אֹרֶז</w:t>
      </w:r>
    </w:p>
    <w:p>
      <w:pPr>
        <w:bidi/>
        <w:jc w:val="right"/>
      </w:pPr>
      <w:r>
        <w:rPr>
          <w:rFonts w:ascii="Arial" w:hAnsi="Arial" w:cs="Arial"/>
          <w:sz w:val="28"/>
          <w:rtl/>
          <w:szCs w:val="28"/>
        </w:rPr>
        <w:t xml:space="preserve">   ◯ ג. נָמָל</w:t>
      </w:r>
    </w:p>
    <w:p>
      <w:pPr>
        <w:bidi/>
        <w:jc w:val="right"/>
      </w:pPr>
      <w:r>
        <w:rPr>
          <w:rFonts w:ascii="Arial" w:hAnsi="Arial" w:cs="Arial"/>
          <w:sz w:val="28"/>
          <w:rtl/>
          <w:szCs w:val="28"/>
        </w:rPr>
        <w:t xml:space="preserve">   ◯ ד. גְּבִינָה</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כִּי הוּא לֹא אֹכֶל – הוּא מָקוֹם</w:t>
      </w:r>
    </w:p>
    <w:p>
      <w:pPr>
        <w:bidi/>
        <w:jc w:val="right"/>
      </w:pPr>
      <w:r>
        <w:rPr>
          <w:rFonts w:ascii="Arial" w:hAnsi="Arial" w:cs="Arial"/>
          <w:sz w:val="28"/>
          <w:rtl/>
          <w:szCs w:val="28"/>
        </w:rPr>
        <w:t xml:space="preserve">   ◯ ב. כִּי הוּא בָּא מֵאַסְיָה</w:t>
      </w:r>
    </w:p>
    <w:p>
      <w:pPr>
        <w:bidi/>
        <w:jc w:val="right"/>
      </w:pPr>
      <w:r>
        <w:rPr>
          <w:rFonts w:ascii="Arial" w:hAnsi="Arial" w:cs="Arial"/>
          <w:sz w:val="28"/>
          <w:rtl/>
          <w:szCs w:val="28"/>
        </w:rPr>
        <w:t xml:space="preserve">   ◯ ג. כִּי הוּא מָתוֹק</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8"/>
          <w:rtl/>
          <w:szCs w:val="28"/>
          <w:bCs/>
        </w:rPr>
        <w:t>1. מַהוּ הָרַעֲיוֹן הַמֶּרְכָּזִי בַּסִּפּוּר שֶׁל מָאיָה?</w:t>
      </w:r>
    </w:p>
    <w:p>
      <w:pPr>
        <w:bidi/>
        <w:jc w:val="right"/>
      </w:pPr>
      <w:r>
        <w:rPr>
          <w:rFonts w:ascii="Arial" w:hAnsi="Arial" w:cs="Arial"/>
          <w:sz w:val="28"/>
          <w:rtl/>
          <w:szCs w:val="28"/>
        </w:rPr>
        <w:t xml:space="preserve">   ◯ א. מָאיָה אוֹהֶבֶת לִשְׂחוֹת</w:t>
      </w:r>
    </w:p>
    <w:p>
      <w:pPr>
        <w:bidi/>
        <w:jc w:val="right"/>
      </w:pPr>
      <w:r>
        <w:rPr>
          <w:rFonts w:ascii="Arial" w:hAnsi="Arial" w:cs="Arial"/>
          <w:sz w:val="28"/>
          <w:rtl/>
          <w:szCs w:val="28"/>
        </w:rPr>
        <w:t xml:space="preserve">   ◯ ב. לַחֻלְצָה שֶׁל מָאיָה הָיָה מַסָּע אָרֹךְ</w:t>
      </w:r>
    </w:p>
    <w:p>
      <w:pPr>
        <w:bidi/>
        <w:jc w:val="right"/>
      </w:pPr>
      <w:r>
        <w:rPr>
          <w:rFonts w:ascii="Arial" w:hAnsi="Arial" w:cs="Arial"/>
          <w:sz w:val="28"/>
          <w:rtl/>
          <w:szCs w:val="28"/>
        </w:rPr>
        <w:t xml:space="preserve">   ◯ ג. מָאיָה גָּרָה לְיַד הַיָּם</w:t>
      </w:r>
    </w:p>
    <w:p>
      <w:pPr>
        <w:bidi/>
        <w:jc w:val="right"/>
      </w:pPr>
      <w:r>
        <w:rPr>
          <w:rFonts w:ascii="Arial" w:hAnsi="Arial" w:cs="Arial"/>
          <w:sz w:val="28"/>
          <w:rtl/>
          <w:szCs w:val="28"/>
        </w:rPr>
        <w:t xml:space="preserve">   ◯ ד. הַחֲנוּת סְגוּרָה</w:t>
      </w:r>
    </w:p>
    <w:p>
      <w:pPr>
        <w:bidi/>
        <w:jc w:val="right"/>
      </w:pPr>
      <w:r>
        <w:rPr>
          <w:rFonts w:ascii="Arial" w:hAnsi="Arial" w:cs="Arial"/>
          <w:b/>
          <w:sz w:val="28"/>
          <w:rtl/>
          <w:szCs w:val="28"/>
          <w:bCs/>
        </w:rPr>
        <w:t>2. מָה תַּפְקִיד הַמִּשְׁפָּט: "מָאיָה רוֹאָה תָּוִית עַל הַחֻלְצָה"?</w:t>
      </w:r>
    </w:p>
    <w:p>
      <w:pPr>
        <w:bidi/>
        <w:jc w:val="right"/>
      </w:pPr>
      <w:r>
        <w:rPr>
          <w:rFonts w:ascii="Arial" w:hAnsi="Arial" w:cs="Arial"/>
          <w:sz w:val="28"/>
          <w:rtl/>
          <w:szCs w:val="28"/>
        </w:rPr>
        <w:t xml:space="preserve">   ◯ א. הוּא סוֹף הַסִּפּוּר</w:t>
      </w:r>
    </w:p>
    <w:p>
      <w:pPr>
        <w:bidi/>
        <w:jc w:val="right"/>
      </w:pPr>
      <w:r>
        <w:rPr>
          <w:rFonts w:ascii="Arial" w:hAnsi="Arial" w:cs="Arial"/>
          <w:sz w:val="28"/>
          <w:rtl/>
          <w:szCs w:val="28"/>
        </w:rPr>
        <w:t xml:space="preserve">   ◯ ב. הוּא מְסַפֵּר עַל מֶזֶג הָאֲוִיר</w:t>
      </w:r>
    </w:p>
    <w:p>
      <w:pPr>
        <w:bidi/>
        <w:jc w:val="right"/>
      </w:pPr>
      <w:r>
        <w:rPr>
          <w:rFonts w:ascii="Arial" w:hAnsi="Arial" w:cs="Arial"/>
          <w:sz w:val="28"/>
          <w:rtl/>
          <w:szCs w:val="28"/>
        </w:rPr>
        <w:t xml:space="preserve">   ◯ ג. הוּא נוֹתֵן שֵׁם לַחֲנוּת</w:t>
      </w:r>
    </w:p>
    <w:p>
      <w:pPr>
        <w:bidi/>
        <w:jc w:val="right"/>
      </w:pPr>
      <w:r>
        <w:rPr>
          <w:rFonts w:ascii="Arial" w:hAnsi="Arial" w:cs="Arial"/>
          <w:sz w:val="28"/>
          <w:rtl/>
          <w:szCs w:val="28"/>
        </w:rPr>
        <w:t xml:space="preserve">   ◯ ד. הוּא פּוֹתֵחַ אֶת הַשְּׁאֵלָה: מֵאֵיפֹה הַחֻלְצָה?</w:t>
      </w:r>
    </w:p>
    <w:p>
      <w:pPr>
        <w:bidi/>
        <w:jc w:val="right"/>
      </w:pPr>
      <w:r>
        <w:rPr>
          <w:rFonts w:ascii="Arial" w:hAnsi="Arial" w:cs="Arial"/>
          <w:b/>
          <w:sz w:val="28"/>
          <w:rtl/>
          <w:szCs w:val="28"/>
          <w:bCs/>
        </w:rPr>
        <w:t>3. מָה קָרָה קֹדֶם: הָאֳנִיָּה אוֹ הַחֲנוּת?</w:t>
      </w:r>
    </w:p>
    <w:p>
      <w:pPr>
        <w:bidi/>
        <w:jc w:val="right"/>
      </w:pPr>
      <w:r>
        <w:rPr>
          <w:rFonts w:ascii="Arial" w:hAnsi="Arial" w:cs="Arial"/>
          <w:sz w:val="28"/>
          <w:rtl/>
          <w:szCs w:val="28"/>
        </w:rPr>
        <w:t xml:space="preserve">   ◯ א. הָאֳנִיָּה</w:t>
      </w:r>
    </w:p>
    <w:p>
      <w:pPr>
        <w:bidi/>
        <w:jc w:val="right"/>
      </w:pPr>
      <w:r>
        <w:rPr>
          <w:rFonts w:ascii="Arial" w:hAnsi="Arial" w:cs="Arial"/>
          <w:sz w:val="28"/>
          <w:rtl/>
          <w:szCs w:val="28"/>
        </w:rPr>
        <w:t xml:space="preserve">   ◯ ב. הַחֲנוּת</w:t>
      </w:r>
    </w:p>
    <w:p>
      <w:pPr>
        <w:bidi/>
        <w:jc w:val="right"/>
      </w:pPr>
      <w:r>
        <w:rPr>
          <w:rFonts w:ascii="Arial" w:hAnsi="Arial" w:cs="Arial"/>
          <w:sz w:val="28"/>
          <w:rtl/>
          <w:szCs w:val="28"/>
        </w:rPr>
        <w:t xml:space="preserve">   ◯ ג. שְׁתֵּיהֶן בְּיַחַד</w:t>
      </w:r>
    </w:p>
    <w:p>
      <w:pPr>
        <w:bidi/>
        <w:jc w:val="right"/>
      </w:pPr>
      <w:r>
        <w:rPr>
          <w:rFonts w:ascii="Arial" w:hAnsi="Arial" w:cs="Arial"/>
          <w:sz w:val="28"/>
          <w:rtl/>
          <w:szCs w:val="28"/>
        </w:rPr>
        <w:t xml:space="preserve">   ◯ ד. אֵין בְּסִפּוּר אֳנִיָּה</w:t>
      </w:r>
    </w:p>
    <w:p>
      <w:pPr>
        <w:bidi/>
        <w:jc w:val="right"/>
      </w:pPr>
      <w:r>
        <w:rPr>
          <w:rFonts w:ascii="Arial" w:hAnsi="Arial" w:cs="Arial"/>
          <w:b/>
          <w:sz w:val="28"/>
          <w:rtl/>
          <w:szCs w:val="28"/>
          <w:bCs/>
        </w:rPr>
        <w:t>4. לָמָּה מָאיָה מְחַיֶּכֶת בַּסּוֹף?</w:t>
      </w:r>
    </w:p>
    <w:p>
      <w:pPr>
        <w:bidi/>
        <w:jc w:val="right"/>
      </w:pPr>
      <w:r>
        <w:rPr>
          <w:rFonts w:ascii="Arial" w:hAnsi="Arial" w:cs="Arial"/>
          <w:sz w:val="28"/>
          <w:rtl/>
          <w:szCs w:val="28"/>
        </w:rPr>
        <w:t xml:space="preserve">   ◯ א. כִּי הִיא רְעֵבָה</w:t>
      </w:r>
    </w:p>
    <w:p>
      <w:pPr>
        <w:bidi/>
        <w:jc w:val="right"/>
      </w:pPr>
      <w:r>
        <w:rPr>
          <w:rFonts w:ascii="Arial" w:hAnsi="Arial" w:cs="Arial"/>
          <w:sz w:val="28"/>
          <w:rtl/>
          <w:szCs w:val="28"/>
        </w:rPr>
        <w:t xml:space="preserve">   ◯ ב. כִּי יֵרֵד גֶּשֶׁם</w:t>
      </w:r>
    </w:p>
    <w:p>
      <w:pPr>
        <w:bidi/>
        <w:jc w:val="right"/>
      </w:pPr>
      <w:r>
        <w:rPr>
          <w:rFonts w:ascii="Arial" w:hAnsi="Arial" w:cs="Arial"/>
          <w:sz w:val="28"/>
          <w:rtl/>
          <w:szCs w:val="28"/>
        </w:rPr>
        <w:t xml:space="preserve">   ◯ ג. כִּי הִיא מְבִינָה שֶׁגַּם הִיא עָשְׂתָה מַסָּע, כְּמוֹ הַחֻלְצָה</w:t>
      </w:r>
    </w:p>
    <w:p>
      <w:pPr>
        <w:bidi/>
        <w:jc w:val="right"/>
      </w:pPr>
      <w:r>
        <w:rPr>
          <w:rFonts w:ascii="Arial" w:hAnsi="Arial" w:cs="Arial"/>
          <w:sz w:val="28"/>
          <w:rtl/>
          <w:szCs w:val="28"/>
        </w:rPr>
        <w:t xml:space="preserve">   ◯ ד. כִּי הַחֲנוּת זוֹלָה</w:t>
      </w:r>
    </w:p>
    <w:p>
      <w:pPr>
        <w:bidi/>
        <w:jc w:val="right"/>
      </w:pPr>
      <w:r>
        <w:rPr>
          <w:rFonts w:ascii="Arial" w:hAnsi="Arial" w:cs="Arial"/>
          <w:b/>
          <w:sz w:val="28"/>
          <w:rtl/>
          <w:szCs w:val="28"/>
          <w:bCs/>
        </w:rPr>
        <w:t>5. אֵיזוֹ מִלָּה מַתְאִימָה לַסִּפּוּר כֻּלּוֹ?</w:t>
      </w:r>
    </w:p>
    <w:p>
      <w:pPr>
        <w:bidi/>
        <w:jc w:val="right"/>
      </w:pPr>
      <w:r>
        <w:rPr>
          <w:rFonts w:ascii="Arial" w:hAnsi="Arial" w:cs="Arial"/>
          <w:sz w:val="28"/>
          <w:rtl/>
          <w:szCs w:val="28"/>
        </w:rPr>
        <w:t xml:space="preserve">   ◯ א. מַסָּע</w:t>
      </w:r>
    </w:p>
    <w:p>
      <w:pPr>
        <w:bidi/>
        <w:jc w:val="right"/>
      </w:pPr>
      <w:r>
        <w:rPr>
          <w:rFonts w:ascii="Arial" w:hAnsi="Arial" w:cs="Arial"/>
          <w:sz w:val="28"/>
          <w:rtl/>
          <w:szCs w:val="28"/>
        </w:rPr>
        <w:t xml:space="preserve">   ◯ ב. שֵׁנָה</w:t>
      </w:r>
    </w:p>
    <w:p>
      <w:pPr>
        <w:bidi/>
        <w:jc w:val="right"/>
      </w:pPr>
      <w:r>
        <w:rPr>
          <w:rFonts w:ascii="Arial" w:hAnsi="Arial" w:cs="Arial"/>
          <w:sz w:val="28"/>
          <w:rtl/>
          <w:szCs w:val="28"/>
        </w:rPr>
        <w:t xml:space="preserve">   ◯ ג. אֲרוּחָה</w:t>
      </w:r>
    </w:p>
    <w:p>
      <w:pPr>
        <w:bidi/>
        <w:jc w:val="right"/>
      </w:pPr>
      <w:r>
        <w:rPr>
          <w:rFonts w:ascii="Arial" w:hAnsi="Arial" w:cs="Arial"/>
          <w:sz w:val="28"/>
          <w:rtl/>
          <w:szCs w:val="28"/>
        </w:rPr>
        <w:t xml:space="preserve">   ◯ ד. מִשְׂחָק</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6"/>
                <w:rtl/>
                <w:szCs w:val="26"/>
                <w:bCs/>
              </w:rPr>
              <w:t>היגד</w:t>
            </w:r>
          </w:p>
        </w:tc>
        <w:tc>
          <w:tcPr>
            <w:tcW w:type="dxa" w:w="3475"/>
            <w:shd w:val="clear" w:fill="E5DBFF"/>
          </w:tcPr>
          <w:p>
            <w:pPr>
              <w:bidi/>
              <w:jc w:val="right"/>
            </w:pPr>
            <w:r>
              <w:rPr>
                <w:rFonts w:ascii="Arial" w:hAnsi="Arial" w:cs="Arial"/>
                <w:b/>
                <w:sz w:val="26"/>
                <w:rtl/>
                <w:szCs w:val="26"/>
                <w:bCs/>
              </w:rPr>
              <w:t>נכון</w:t>
            </w:r>
          </w:p>
        </w:tc>
        <w:tc>
          <w:tcPr>
            <w:tcW w:type="dxa" w:w="3475"/>
            <w:shd w:val="clear" w:fill="E5DBFF"/>
          </w:tcPr>
          <w:p>
            <w:pPr>
              <w:bidi/>
              <w:jc w:val="right"/>
            </w:pPr>
            <w:r>
              <w:rPr>
                <w:rFonts w:ascii="Arial" w:hAnsi="Arial" w:cs="Arial"/>
                <w:b/>
                <w:sz w:val="26"/>
                <w:rtl/>
                <w:szCs w:val="26"/>
                <w:bCs/>
              </w:rPr>
              <w:t>לא נכון</w:t>
            </w:r>
          </w:p>
        </w:tc>
      </w:tr>
      <w:tr>
        <w:tc>
          <w:tcPr>
            <w:tcW w:type="dxa" w:w="3475"/>
          </w:tcPr>
          <w:p>
            <w:pPr>
              <w:bidi/>
              <w:jc w:val="right"/>
            </w:pPr>
            <w:r>
              <w:rPr>
                <w:rFonts w:ascii="Arial" w:hAnsi="Arial" w:cs="Arial"/>
                <w:sz w:val="26"/>
                <w:rtl/>
                <w:szCs w:val="26"/>
              </w:rPr>
              <w:t>אֳנִיָּה נוֹסַעַת בַּיָּם.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בְּתוֹךְ מְכוּלָה שָׂמִים סְחוֹרָה.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נָמֵל הוּא מָקוֹם בְּתוֹךְ מִדְבָּר.</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עַל הַתָּוִית כָּתוּב מֵאֵיפֹה הַבֶּגֶד.</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כְּפָר עוֹלָמִי הוּא כְּפָר קָטָן לְיַד הַבַּיִת.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כָּל הַסְּחוֹרָה בַּחֲנוּת בָּאָה מֵהָעִיר שֶׁלָּנוּ.</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אֶפְשָׁר לְדַבֵּר בַּמַּחְשֵׁב עִם מִשְׁפָּחָה בְּאֶרֶץ אַחֶרֶת.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מָטוֹס מֵבִיא סְחוֹרָה לְאַט יוֹתֵר מֵאֳנִיָּה.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8"/>
          <w:rtl/>
          <w:szCs w:val="28"/>
        </w:rPr>
        <w:t>מחסן: וְגַם · קֹדֶם · אַחַר כָּךְ · כִּי · אֲבָל</w:t>
      </w:r>
    </w:p>
    <w:p>
      <w:pPr>
        <w:bidi/>
        <w:jc w:val="right"/>
      </w:pPr>
      <w:r>
        <w:rPr>
          <w:rFonts w:ascii="Arial" w:hAnsi="Arial" w:cs="Arial"/>
          <w:b/>
          <w:color w:val="6A3FD4"/>
          <w:sz w:val="26"/>
          <w:rtl/>
          <w:szCs w:val="26"/>
          <w:bCs/>
        </w:rPr>
        <w:t>▌ השלימו</w:t>
      </w:r>
    </w:p>
    <w:p>
      <w:pPr>
        <w:bidi/>
        <w:jc w:val="right"/>
      </w:pPr>
      <w:r>
        <w:rPr>
          <w:rFonts w:ascii="Arial" w:hAnsi="Arial" w:cs="Arial"/>
          <w:sz w:val="28"/>
          <w:rtl/>
          <w:szCs w:val="28"/>
        </w:rPr>
        <w:t>הַחֻלְצָה שֶׁל מָאיָה בָּאָה מֵרָחוֹק. (1)________ הִיא נָסְעָה בָּאֳנִיָּה. (2)________ הִיא הִגִּיעָה לַחֲנוּת. מָאיָה שְׂמֵחָה, (3)________ הַחֻלְצָה יָפֶה. הַחֻלְצָה זוֹלָה, (4)________ הִיא נָסְעָה הַרְבֵּה.</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8"/>
          <w:rtl/>
          <w:szCs w:val="28"/>
        </w:rPr>
        <w:t>בטקסט 3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8"/>
          <w:rtl/>
          <w:szCs w:val="28"/>
        </w:rPr>
        <w:t>מָאיָה הָלְכָה לָה-חֲנוּת. הִיא קָנְתָה חֻלְצָה כָּחֹל. הַחֻלְצוֹת הָיָה יָפוֹת מְאוֹד.</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עוֹלָם</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כְּפָר עוֹלָמִי</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אֳנִיָּה</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מְכוּלָה</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נָמֵל</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חֲנוּת</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כָּל הָאֲרָצוֹת וְכָל הָאֲנָשִׁים יַחַד.</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הָעוֹלָם קָרוֹב, כְּמוֹ כְּפָר אֶחָד.</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כְּלִי גָּדוֹל שֶׁנּוֹסֵעַ בַּיָּם.</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אַרְגַּז מַתֶּכֶת גָּדוֹל לִסְחוֹרָה.</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מָקוֹם בְּחוֹף הַיָּם לָאֳנִיּוֹת.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מָקוֹם שֶׁקּוֹנִים בּוֹ דְּבָרִים.</w:t>
            </w:r>
          </w:p>
        </w:tc>
      </w:tr>
    </w:tbl>
    <w:p>
      <w:pPr>
        <w:bidi/>
        <w:jc w:val="right"/>
      </w:pPr>
    </w:p>
    <w:p>
      <w:pPr>
        <w:bidi/>
        <w:jc w:val="right"/>
      </w:pPr>
      <w:r>
        <w:rPr>
          <w:rFonts w:ascii="Arial" w:hAnsi="Arial" w:cs="Arial"/>
          <w:color w:val="888888"/>
          <w:sz w:val="22"/>
          <w:rtl/>
          <w:szCs w:val="22"/>
        </w:rPr>
        <w:t>✂ - - - - - - - - - - - - - - - - - - - - - - - - - - - - - - - -</w:t>
      </w:r>
    </w:p>
    <w:p>
      <w:pPr>
        <w:bidi/>
        <w:pStyle w:val="Heading2"/>
        <w:jc w:val="right"/>
      </w:pPr>
      <w:r>
        <w:rPr>
          <w:rFonts w:ascii="Arial" w:hAnsi="Arial" w:cs="Arial"/>
          <w:b/>
          <w:color w:val="6A3FD4"/>
          <w:sz w:val="32"/>
          <w:rtl/>
          <w:szCs w:val="32"/>
          <w:bCs/>
        </w:rPr>
        <w:t>🌍 מילון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עברית</w:t>
            </w:r>
          </w:p>
        </w:tc>
        <w:tc>
          <w:tcPr>
            <w:tcW w:type="dxa" w:w="2606"/>
            <w:shd w:val="clear" w:fill="E5DBFF"/>
          </w:tcPr>
          <w:p>
            <w:pPr>
              <w:bidi/>
              <w:jc w:val="right"/>
            </w:pPr>
            <w:r>
              <w:rPr>
                <w:rFonts w:ascii="Arial" w:hAnsi="Arial" w:cs="Arial"/>
                <w:b/>
                <w:sz w:val="26"/>
                <w:rtl/>
                <w:szCs w:val="26"/>
                <w:bCs/>
              </w:rPr>
              <w:t>English</w:t>
            </w:r>
          </w:p>
        </w:tc>
        <w:tc>
          <w:tcPr>
            <w:tcW w:type="dxa" w:w="2606"/>
            <w:shd w:val="clear" w:fill="E5DBFF"/>
          </w:tcPr>
          <w:p>
            <w:pPr>
              <w:bidi/>
              <w:jc w:val="right"/>
            </w:pPr>
            <w:r>
              <w:rPr>
                <w:rFonts w:ascii="Arial" w:hAnsi="Arial" w:cs="Arial"/>
                <w:b/>
                <w:sz w:val="26"/>
                <w:rtl/>
                <w:szCs w:val="26"/>
                <w:bCs/>
              </w:rPr>
              <w:t>Русский</w:t>
            </w:r>
          </w:p>
        </w:tc>
        <w:tc>
          <w:tcPr>
            <w:tcW w:type="dxa" w:w="2606"/>
            <w:shd w:val="clear" w:fill="E5DBFF"/>
          </w:tcPr>
          <w:p>
            <w:pPr>
              <w:bidi/>
              <w:jc w:val="right"/>
            </w:pPr>
            <w:r>
              <w:rPr>
                <w:rFonts w:ascii="Arial" w:hAnsi="Arial" w:cs="Arial"/>
                <w:b/>
                <w:sz w:val="26"/>
                <w:rtl/>
                <w:szCs w:val="26"/>
                <w:bCs/>
              </w:rPr>
              <w:t>العربية</w:t>
            </w:r>
          </w:p>
        </w:tc>
      </w:tr>
      <w:tr>
        <w:tc>
          <w:tcPr>
            <w:tcW w:type="dxa" w:w="2606"/>
          </w:tcPr>
          <w:p>
            <w:pPr>
              <w:bidi/>
              <w:jc w:val="right"/>
            </w:pPr>
            <w:r>
              <w:rPr>
                <w:rFonts w:ascii="Arial" w:hAnsi="Arial" w:cs="Arial"/>
                <w:sz w:val="26"/>
                <w:rtl/>
                <w:szCs w:val="26"/>
              </w:rPr>
              <w:t>עוֹלָם</w:t>
            </w:r>
          </w:p>
        </w:tc>
        <w:tc>
          <w:tcPr>
            <w:tcW w:type="dxa" w:w="2606"/>
          </w:tcPr>
          <w:p>
            <w:pPr>
              <w:bidi/>
              <w:jc w:val="right"/>
            </w:pPr>
            <w:r>
              <w:rPr>
                <w:rFonts w:ascii="Arial" w:hAnsi="Arial" w:cs="Arial"/>
                <w:sz w:val="26"/>
                <w:rtl/>
                <w:szCs w:val="26"/>
              </w:rPr>
              <w:t>world</w:t>
            </w:r>
          </w:p>
        </w:tc>
        <w:tc>
          <w:tcPr>
            <w:tcW w:type="dxa" w:w="2606"/>
          </w:tcPr>
          <w:p>
            <w:pPr>
              <w:bidi/>
              <w:jc w:val="right"/>
            </w:pPr>
            <w:r>
              <w:rPr>
                <w:rFonts w:ascii="Arial" w:hAnsi="Arial" w:cs="Arial"/>
                <w:sz w:val="26"/>
                <w:rtl/>
                <w:szCs w:val="26"/>
              </w:rPr>
              <w:t>мир</w:t>
            </w:r>
          </w:p>
        </w:tc>
        <w:tc>
          <w:tcPr>
            <w:tcW w:type="dxa" w:w="2606"/>
          </w:tcPr>
          <w:p>
            <w:pPr>
              <w:bidi/>
              <w:jc w:val="right"/>
            </w:pPr>
            <w:r>
              <w:rPr>
                <w:rFonts w:ascii="Arial" w:hAnsi="Arial" w:cs="Arial"/>
                <w:sz w:val="26"/>
                <w:rtl/>
                <w:szCs w:val="26"/>
              </w:rPr>
              <w:t>عالم</w:t>
            </w:r>
          </w:p>
        </w:tc>
      </w:tr>
      <w:tr>
        <w:tc>
          <w:tcPr>
            <w:tcW w:type="dxa" w:w="2606"/>
          </w:tcPr>
          <w:p>
            <w:pPr>
              <w:bidi/>
              <w:jc w:val="right"/>
            </w:pPr>
            <w:r>
              <w:rPr>
                <w:rFonts w:ascii="Arial" w:hAnsi="Arial" w:cs="Arial"/>
                <w:sz w:val="26"/>
                <w:rtl/>
                <w:szCs w:val="26"/>
              </w:rPr>
              <w:t>נָמָל</w:t>
            </w:r>
          </w:p>
        </w:tc>
        <w:tc>
          <w:tcPr>
            <w:tcW w:type="dxa" w:w="2606"/>
          </w:tcPr>
          <w:p>
            <w:pPr>
              <w:bidi/>
              <w:jc w:val="right"/>
            </w:pPr>
            <w:r>
              <w:rPr>
                <w:rFonts w:ascii="Arial" w:hAnsi="Arial" w:cs="Arial"/>
                <w:sz w:val="26"/>
                <w:rtl/>
                <w:szCs w:val="26"/>
              </w:rPr>
              <w:t>port</w:t>
            </w:r>
          </w:p>
        </w:tc>
        <w:tc>
          <w:tcPr>
            <w:tcW w:type="dxa" w:w="2606"/>
          </w:tcPr>
          <w:p>
            <w:pPr>
              <w:bidi/>
              <w:jc w:val="right"/>
            </w:pPr>
            <w:r>
              <w:rPr>
                <w:rFonts w:ascii="Arial" w:hAnsi="Arial" w:cs="Arial"/>
                <w:sz w:val="26"/>
                <w:rtl/>
                <w:szCs w:val="26"/>
              </w:rPr>
              <w:t>порт</w:t>
            </w:r>
          </w:p>
        </w:tc>
        <w:tc>
          <w:tcPr>
            <w:tcW w:type="dxa" w:w="2606"/>
          </w:tcPr>
          <w:p>
            <w:pPr>
              <w:bidi/>
              <w:jc w:val="right"/>
            </w:pPr>
            <w:r>
              <w:rPr>
                <w:rFonts w:ascii="Arial" w:hAnsi="Arial" w:cs="Arial"/>
                <w:sz w:val="26"/>
                <w:rtl/>
                <w:szCs w:val="26"/>
              </w:rPr>
              <w:t>ميناء</w:t>
            </w:r>
          </w:p>
        </w:tc>
      </w:tr>
      <w:tr>
        <w:tc>
          <w:tcPr>
            <w:tcW w:type="dxa" w:w="2606"/>
          </w:tcPr>
          <w:p>
            <w:pPr>
              <w:bidi/>
              <w:jc w:val="right"/>
            </w:pPr>
            <w:r>
              <w:rPr>
                <w:rFonts w:ascii="Arial" w:hAnsi="Arial" w:cs="Arial"/>
                <w:sz w:val="26"/>
                <w:rtl/>
                <w:szCs w:val="26"/>
              </w:rPr>
              <w:t>אֳנִיָּה</w:t>
            </w:r>
          </w:p>
        </w:tc>
        <w:tc>
          <w:tcPr>
            <w:tcW w:type="dxa" w:w="2606"/>
          </w:tcPr>
          <w:p>
            <w:pPr>
              <w:bidi/>
              <w:jc w:val="right"/>
            </w:pPr>
            <w:r>
              <w:rPr>
                <w:rFonts w:ascii="Arial" w:hAnsi="Arial" w:cs="Arial"/>
                <w:sz w:val="26"/>
                <w:rtl/>
                <w:szCs w:val="26"/>
              </w:rPr>
              <w:t>ship</w:t>
            </w:r>
          </w:p>
        </w:tc>
        <w:tc>
          <w:tcPr>
            <w:tcW w:type="dxa" w:w="2606"/>
          </w:tcPr>
          <w:p>
            <w:pPr>
              <w:bidi/>
              <w:jc w:val="right"/>
            </w:pPr>
            <w:r>
              <w:rPr>
                <w:rFonts w:ascii="Arial" w:hAnsi="Arial" w:cs="Arial"/>
                <w:sz w:val="26"/>
                <w:rtl/>
                <w:szCs w:val="26"/>
              </w:rPr>
              <w:t>корабль</w:t>
            </w:r>
          </w:p>
        </w:tc>
        <w:tc>
          <w:tcPr>
            <w:tcW w:type="dxa" w:w="2606"/>
          </w:tcPr>
          <w:p>
            <w:pPr>
              <w:bidi/>
              <w:jc w:val="right"/>
            </w:pPr>
            <w:r>
              <w:rPr>
                <w:rFonts w:ascii="Arial" w:hAnsi="Arial" w:cs="Arial"/>
                <w:sz w:val="26"/>
                <w:rtl/>
                <w:szCs w:val="26"/>
              </w:rPr>
              <w:t>سفينة</w:t>
            </w:r>
          </w:p>
        </w:tc>
      </w:tr>
      <w:tr>
        <w:tc>
          <w:tcPr>
            <w:tcW w:type="dxa" w:w="2606"/>
          </w:tcPr>
          <w:p>
            <w:pPr>
              <w:bidi/>
              <w:jc w:val="right"/>
            </w:pPr>
            <w:r>
              <w:rPr>
                <w:rFonts w:ascii="Arial" w:hAnsi="Arial" w:cs="Arial"/>
                <w:sz w:val="26"/>
                <w:rtl/>
                <w:szCs w:val="26"/>
              </w:rPr>
              <w:t>מַשָּׂאִית</w:t>
            </w:r>
          </w:p>
        </w:tc>
        <w:tc>
          <w:tcPr>
            <w:tcW w:type="dxa" w:w="2606"/>
          </w:tcPr>
          <w:p>
            <w:pPr>
              <w:bidi/>
              <w:jc w:val="right"/>
            </w:pPr>
            <w:r>
              <w:rPr>
                <w:rFonts w:ascii="Arial" w:hAnsi="Arial" w:cs="Arial"/>
                <w:sz w:val="26"/>
                <w:rtl/>
                <w:szCs w:val="26"/>
              </w:rPr>
              <w:t>truck</w:t>
            </w:r>
          </w:p>
        </w:tc>
        <w:tc>
          <w:tcPr>
            <w:tcW w:type="dxa" w:w="2606"/>
          </w:tcPr>
          <w:p>
            <w:pPr>
              <w:bidi/>
              <w:jc w:val="right"/>
            </w:pPr>
            <w:r>
              <w:rPr>
                <w:rFonts w:ascii="Arial" w:hAnsi="Arial" w:cs="Arial"/>
                <w:sz w:val="26"/>
                <w:rtl/>
                <w:szCs w:val="26"/>
              </w:rPr>
              <w:t>грузовик</w:t>
            </w:r>
          </w:p>
        </w:tc>
        <w:tc>
          <w:tcPr>
            <w:tcW w:type="dxa" w:w="2606"/>
          </w:tcPr>
          <w:p>
            <w:pPr>
              <w:bidi/>
              <w:jc w:val="right"/>
            </w:pPr>
            <w:r>
              <w:rPr>
                <w:rFonts w:ascii="Arial" w:hAnsi="Arial" w:cs="Arial"/>
                <w:sz w:val="26"/>
                <w:rtl/>
                <w:szCs w:val="26"/>
              </w:rPr>
              <w:t>شاحنة</w:t>
            </w:r>
          </w:p>
        </w:tc>
      </w:tr>
      <w:tr>
        <w:tc>
          <w:tcPr>
            <w:tcW w:type="dxa" w:w="2606"/>
          </w:tcPr>
          <w:p>
            <w:pPr>
              <w:bidi/>
              <w:jc w:val="right"/>
            </w:pPr>
            <w:r>
              <w:rPr>
                <w:rFonts w:ascii="Arial" w:hAnsi="Arial" w:cs="Arial"/>
                <w:sz w:val="26"/>
                <w:rtl/>
                <w:szCs w:val="26"/>
              </w:rPr>
              <w:t>מָסָךְ</w:t>
            </w:r>
          </w:p>
        </w:tc>
        <w:tc>
          <w:tcPr>
            <w:tcW w:type="dxa" w:w="2606"/>
          </w:tcPr>
          <w:p>
            <w:pPr>
              <w:bidi/>
              <w:jc w:val="right"/>
            </w:pPr>
            <w:r>
              <w:rPr>
                <w:rFonts w:ascii="Arial" w:hAnsi="Arial" w:cs="Arial"/>
                <w:sz w:val="26"/>
                <w:rtl/>
                <w:szCs w:val="26"/>
              </w:rPr>
              <w:t>screen</w:t>
            </w:r>
          </w:p>
        </w:tc>
        <w:tc>
          <w:tcPr>
            <w:tcW w:type="dxa" w:w="2606"/>
          </w:tcPr>
          <w:p>
            <w:pPr>
              <w:bidi/>
              <w:jc w:val="right"/>
            </w:pPr>
            <w:r>
              <w:rPr>
                <w:rFonts w:ascii="Arial" w:hAnsi="Arial" w:cs="Arial"/>
                <w:sz w:val="26"/>
                <w:rtl/>
                <w:szCs w:val="26"/>
              </w:rPr>
              <w:t>экран</w:t>
            </w:r>
          </w:p>
        </w:tc>
        <w:tc>
          <w:tcPr>
            <w:tcW w:type="dxa" w:w="2606"/>
          </w:tcPr>
          <w:p>
            <w:pPr>
              <w:bidi/>
              <w:jc w:val="right"/>
            </w:pPr>
            <w:r>
              <w:rPr>
                <w:rFonts w:ascii="Arial" w:hAnsi="Arial" w:cs="Arial"/>
                <w:sz w:val="26"/>
                <w:rtl/>
                <w:szCs w:val="26"/>
              </w:rPr>
              <w:t>شاشة</w:t>
            </w:r>
          </w:p>
        </w:tc>
      </w:tr>
      <w:tr>
        <w:tc>
          <w:tcPr>
            <w:tcW w:type="dxa" w:w="2606"/>
          </w:tcPr>
          <w:p>
            <w:pPr>
              <w:bidi/>
              <w:jc w:val="right"/>
            </w:pPr>
            <w:r>
              <w:rPr>
                <w:rFonts w:ascii="Arial" w:hAnsi="Arial" w:cs="Arial"/>
                <w:sz w:val="26"/>
                <w:rtl/>
                <w:szCs w:val="26"/>
              </w:rPr>
              <w:t>מִכְתָּב</w:t>
            </w:r>
          </w:p>
        </w:tc>
        <w:tc>
          <w:tcPr>
            <w:tcW w:type="dxa" w:w="2606"/>
          </w:tcPr>
          <w:p>
            <w:pPr>
              <w:bidi/>
              <w:jc w:val="right"/>
            </w:pPr>
            <w:r>
              <w:rPr>
                <w:rFonts w:ascii="Arial" w:hAnsi="Arial" w:cs="Arial"/>
                <w:sz w:val="26"/>
                <w:rtl/>
                <w:szCs w:val="26"/>
              </w:rPr>
              <w:t>letter</w:t>
            </w:r>
          </w:p>
        </w:tc>
        <w:tc>
          <w:tcPr>
            <w:tcW w:type="dxa" w:w="2606"/>
          </w:tcPr>
          <w:p>
            <w:pPr>
              <w:bidi/>
              <w:jc w:val="right"/>
            </w:pPr>
            <w:r>
              <w:rPr>
                <w:rFonts w:ascii="Arial" w:hAnsi="Arial" w:cs="Arial"/>
                <w:sz w:val="26"/>
                <w:rtl/>
                <w:szCs w:val="26"/>
              </w:rPr>
              <w:t>письмо</w:t>
            </w:r>
          </w:p>
        </w:tc>
        <w:tc>
          <w:tcPr>
            <w:tcW w:type="dxa" w:w="2606"/>
          </w:tcPr>
          <w:p>
            <w:pPr>
              <w:bidi/>
              <w:jc w:val="right"/>
            </w:pPr>
            <w:r>
              <w:rPr>
                <w:rFonts w:ascii="Arial" w:hAnsi="Arial" w:cs="Arial"/>
                <w:sz w:val="26"/>
                <w:rtl/>
                <w:szCs w:val="26"/>
              </w:rPr>
              <w:t>رسالة</w:t>
            </w:r>
          </w:p>
        </w:tc>
      </w:tr>
      <w:tr>
        <w:tc>
          <w:tcPr>
            <w:tcW w:type="dxa" w:w="2606"/>
          </w:tcPr>
          <w:p>
            <w:pPr>
              <w:bidi/>
              <w:jc w:val="right"/>
            </w:pPr>
            <w:r>
              <w:rPr>
                <w:rFonts w:ascii="Arial" w:hAnsi="Arial" w:cs="Arial"/>
                <w:sz w:val="26"/>
                <w:rtl/>
                <w:szCs w:val="26"/>
              </w:rPr>
              <w:t>טִיסָה</w:t>
            </w:r>
          </w:p>
        </w:tc>
        <w:tc>
          <w:tcPr>
            <w:tcW w:type="dxa" w:w="2606"/>
          </w:tcPr>
          <w:p>
            <w:pPr>
              <w:bidi/>
              <w:jc w:val="right"/>
            </w:pPr>
            <w:r>
              <w:rPr>
                <w:rFonts w:ascii="Arial" w:hAnsi="Arial" w:cs="Arial"/>
                <w:sz w:val="26"/>
                <w:rtl/>
                <w:szCs w:val="26"/>
              </w:rPr>
              <w:t>flight</w:t>
            </w:r>
          </w:p>
        </w:tc>
        <w:tc>
          <w:tcPr>
            <w:tcW w:type="dxa" w:w="2606"/>
          </w:tcPr>
          <w:p>
            <w:pPr>
              <w:bidi/>
              <w:jc w:val="right"/>
            </w:pPr>
            <w:r>
              <w:rPr>
                <w:rFonts w:ascii="Arial" w:hAnsi="Arial" w:cs="Arial"/>
                <w:sz w:val="26"/>
                <w:rtl/>
                <w:szCs w:val="26"/>
              </w:rPr>
              <w:t>полёт, рейс</w:t>
            </w:r>
          </w:p>
        </w:tc>
        <w:tc>
          <w:tcPr>
            <w:tcW w:type="dxa" w:w="2606"/>
          </w:tcPr>
          <w:p>
            <w:pPr>
              <w:bidi/>
              <w:jc w:val="right"/>
            </w:pPr>
            <w:r>
              <w:rPr>
                <w:rFonts w:ascii="Arial" w:hAnsi="Arial" w:cs="Arial"/>
                <w:sz w:val="26"/>
                <w:rtl/>
                <w:szCs w:val="26"/>
              </w:rPr>
              <w:t>رحلة جوية</w:t>
            </w:r>
          </w:p>
        </w:tc>
      </w:tr>
      <w:tr>
        <w:tc>
          <w:tcPr>
            <w:tcW w:type="dxa" w:w="2606"/>
          </w:tcPr>
          <w:p>
            <w:pPr>
              <w:bidi/>
              <w:jc w:val="right"/>
            </w:pPr>
            <w:r>
              <w:rPr>
                <w:rFonts w:ascii="Arial" w:hAnsi="Arial" w:cs="Arial"/>
                <w:sz w:val="26"/>
                <w:rtl/>
                <w:szCs w:val="26"/>
              </w:rPr>
              <w:t>מְכוֹלָה</w:t>
            </w:r>
          </w:p>
        </w:tc>
        <w:tc>
          <w:tcPr>
            <w:tcW w:type="dxa" w:w="2606"/>
          </w:tcPr>
          <w:p>
            <w:pPr>
              <w:bidi/>
              <w:jc w:val="right"/>
            </w:pPr>
            <w:r>
              <w:rPr>
                <w:rFonts w:ascii="Arial" w:hAnsi="Arial" w:cs="Arial"/>
                <w:sz w:val="26"/>
                <w:rtl/>
                <w:szCs w:val="26"/>
              </w:rPr>
              <w:t>shipping container</w:t>
            </w:r>
          </w:p>
        </w:tc>
        <w:tc>
          <w:tcPr>
            <w:tcW w:type="dxa" w:w="2606"/>
          </w:tcPr>
          <w:p>
            <w:pPr>
              <w:bidi/>
              <w:jc w:val="right"/>
            </w:pPr>
            <w:r>
              <w:rPr>
                <w:rFonts w:ascii="Arial" w:hAnsi="Arial" w:cs="Arial"/>
                <w:sz w:val="26"/>
                <w:rtl/>
                <w:szCs w:val="26"/>
              </w:rPr>
              <w:t>контейнер</w:t>
            </w:r>
          </w:p>
        </w:tc>
        <w:tc>
          <w:tcPr>
            <w:tcW w:type="dxa" w:w="2606"/>
          </w:tcPr>
          <w:p>
            <w:pPr>
              <w:bidi/>
              <w:jc w:val="right"/>
            </w:pPr>
            <w:r>
              <w:rPr>
                <w:rFonts w:ascii="Arial" w:hAnsi="Arial" w:cs="Arial"/>
                <w:sz w:val="26"/>
                <w:rtl/>
                <w:szCs w:val="26"/>
              </w:rPr>
              <w:t>حاوية</w:t>
            </w:r>
          </w:p>
        </w:tc>
      </w:tr>
      <w:tr>
        <w:tc>
          <w:tcPr>
            <w:tcW w:type="dxa" w:w="2606"/>
          </w:tcPr>
          <w:p>
            <w:pPr>
              <w:bidi/>
              <w:jc w:val="right"/>
            </w:pPr>
            <w:r>
              <w:rPr>
                <w:rFonts w:ascii="Arial" w:hAnsi="Arial" w:cs="Arial"/>
                <w:sz w:val="26"/>
                <w:rtl/>
                <w:szCs w:val="26"/>
              </w:rPr>
              <w:t>חֲנוּת</w:t>
            </w:r>
          </w:p>
        </w:tc>
        <w:tc>
          <w:tcPr>
            <w:tcW w:type="dxa" w:w="2606"/>
          </w:tcPr>
          <w:p>
            <w:pPr>
              <w:bidi/>
              <w:jc w:val="right"/>
            </w:pPr>
            <w:r>
              <w:rPr>
                <w:rFonts w:ascii="Arial" w:hAnsi="Arial" w:cs="Arial"/>
                <w:sz w:val="26"/>
                <w:rtl/>
                <w:szCs w:val="26"/>
              </w:rPr>
              <w:t>shop</w:t>
            </w:r>
          </w:p>
        </w:tc>
        <w:tc>
          <w:tcPr>
            <w:tcW w:type="dxa" w:w="2606"/>
          </w:tcPr>
          <w:p>
            <w:pPr>
              <w:bidi/>
              <w:jc w:val="right"/>
            </w:pPr>
            <w:r>
              <w:rPr>
                <w:rFonts w:ascii="Arial" w:hAnsi="Arial" w:cs="Arial"/>
                <w:sz w:val="26"/>
                <w:rtl/>
                <w:szCs w:val="26"/>
              </w:rPr>
              <w:t>магазин</w:t>
            </w:r>
          </w:p>
        </w:tc>
        <w:tc>
          <w:tcPr>
            <w:tcW w:type="dxa" w:w="2606"/>
          </w:tcPr>
          <w:p>
            <w:pPr>
              <w:bidi/>
              <w:jc w:val="right"/>
            </w:pPr>
            <w:r>
              <w:rPr>
                <w:rFonts w:ascii="Arial" w:hAnsi="Arial" w:cs="Arial"/>
                <w:sz w:val="26"/>
                <w:rtl/>
                <w:szCs w:val="26"/>
              </w:rPr>
              <w:t>متجر</w:t>
            </w:r>
          </w:p>
        </w:tc>
      </w:tr>
      <w:tr>
        <w:tc>
          <w:tcPr>
            <w:tcW w:type="dxa" w:w="2606"/>
          </w:tcPr>
          <w:p>
            <w:pPr>
              <w:bidi/>
              <w:jc w:val="right"/>
            </w:pPr>
            <w:r>
              <w:rPr>
                <w:rFonts w:ascii="Arial" w:hAnsi="Arial" w:cs="Arial"/>
                <w:sz w:val="26"/>
                <w:rtl/>
                <w:szCs w:val="26"/>
              </w:rPr>
              <w:t>יְבוּא</w:t>
            </w:r>
          </w:p>
        </w:tc>
        <w:tc>
          <w:tcPr>
            <w:tcW w:type="dxa" w:w="2606"/>
          </w:tcPr>
          <w:p>
            <w:pPr>
              <w:bidi/>
              <w:jc w:val="right"/>
            </w:pPr>
            <w:r>
              <w:rPr>
                <w:rFonts w:ascii="Arial" w:hAnsi="Arial" w:cs="Arial"/>
                <w:sz w:val="26"/>
                <w:rtl/>
                <w:szCs w:val="26"/>
              </w:rPr>
              <w:t>import</w:t>
            </w:r>
          </w:p>
        </w:tc>
        <w:tc>
          <w:tcPr>
            <w:tcW w:type="dxa" w:w="2606"/>
          </w:tcPr>
          <w:p>
            <w:pPr>
              <w:bidi/>
              <w:jc w:val="right"/>
            </w:pPr>
            <w:r>
              <w:rPr>
                <w:rFonts w:ascii="Arial" w:hAnsi="Arial" w:cs="Arial"/>
                <w:sz w:val="26"/>
                <w:rtl/>
                <w:szCs w:val="26"/>
              </w:rPr>
              <w:t>импорт</w:t>
            </w:r>
          </w:p>
        </w:tc>
        <w:tc>
          <w:tcPr>
            <w:tcW w:type="dxa" w:w="2606"/>
          </w:tcPr>
          <w:p>
            <w:pPr>
              <w:bidi/>
              <w:jc w:val="right"/>
            </w:pPr>
            <w:r>
              <w:rPr>
                <w:rFonts w:ascii="Arial" w:hAnsi="Arial" w:cs="Arial"/>
                <w:sz w:val="26"/>
                <w:rtl/>
                <w:szCs w:val="26"/>
              </w:rPr>
              <w:t>استيراد</w:t>
            </w:r>
          </w:p>
        </w:tc>
      </w:tr>
      <w:tr>
        <w:tc>
          <w:tcPr>
            <w:tcW w:type="dxa" w:w="2606"/>
          </w:tcPr>
          <w:p>
            <w:pPr>
              <w:bidi/>
              <w:jc w:val="right"/>
            </w:pPr>
            <w:r>
              <w:rPr>
                <w:rFonts w:ascii="Arial" w:hAnsi="Arial" w:cs="Arial"/>
                <w:sz w:val="26"/>
                <w:rtl/>
                <w:szCs w:val="26"/>
              </w:rPr>
              <w:t>יְצוּא</w:t>
            </w:r>
          </w:p>
        </w:tc>
        <w:tc>
          <w:tcPr>
            <w:tcW w:type="dxa" w:w="2606"/>
          </w:tcPr>
          <w:p>
            <w:pPr>
              <w:bidi/>
              <w:jc w:val="right"/>
            </w:pPr>
            <w:r>
              <w:rPr>
                <w:rFonts w:ascii="Arial" w:hAnsi="Arial" w:cs="Arial"/>
                <w:sz w:val="26"/>
                <w:rtl/>
                <w:szCs w:val="26"/>
              </w:rPr>
              <w:t>export</w:t>
            </w:r>
          </w:p>
        </w:tc>
        <w:tc>
          <w:tcPr>
            <w:tcW w:type="dxa" w:w="2606"/>
          </w:tcPr>
          <w:p>
            <w:pPr>
              <w:bidi/>
              <w:jc w:val="right"/>
            </w:pPr>
            <w:r>
              <w:rPr>
                <w:rFonts w:ascii="Arial" w:hAnsi="Arial" w:cs="Arial"/>
                <w:sz w:val="26"/>
                <w:rtl/>
                <w:szCs w:val="26"/>
              </w:rPr>
              <w:t>экспорт</w:t>
            </w:r>
          </w:p>
        </w:tc>
        <w:tc>
          <w:tcPr>
            <w:tcW w:type="dxa" w:w="2606"/>
          </w:tcPr>
          <w:p>
            <w:pPr>
              <w:bidi/>
              <w:jc w:val="right"/>
            </w:pPr>
            <w:r>
              <w:rPr>
                <w:rFonts w:ascii="Arial" w:hAnsi="Arial" w:cs="Arial"/>
                <w:sz w:val="26"/>
                <w:rtl/>
                <w:szCs w:val="26"/>
              </w:rPr>
              <w:t>تصدير</w:t>
            </w:r>
          </w:p>
        </w:tc>
      </w:tr>
      <w:tr>
        <w:tc>
          <w:tcPr>
            <w:tcW w:type="dxa" w:w="2606"/>
          </w:tcPr>
          <w:p>
            <w:pPr>
              <w:bidi/>
              <w:jc w:val="right"/>
            </w:pPr>
            <w:r>
              <w:rPr>
                <w:rFonts w:ascii="Arial" w:hAnsi="Arial" w:cs="Arial"/>
                <w:sz w:val="26"/>
                <w:rtl/>
                <w:szCs w:val="26"/>
              </w:rPr>
              <w:t>סַחַר</w:t>
            </w:r>
          </w:p>
        </w:tc>
        <w:tc>
          <w:tcPr>
            <w:tcW w:type="dxa" w:w="2606"/>
          </w:tcPr>
          <w:p>
            <w:pPr>
              <w:bidi/>
              <w:jc w:val="right"/>
            </w:pPr>
            <w:r>
              <w:rPr>
                <w:rFonts w:ascii="Arial" w:hAnsi="Arial" w:cs="Arial"/>
                <w:sz w:val="26"/>
                <w:rtl/>
                <w:szCs w:val="26"/>
              </w:rPr>
              <w:t>trade</w:t>
            </w:r>
          </w:p>
        </w:tc>
        <w:tc>
          <w:tcPr>
            <w:tcW w:type="dxa" w:w="2606"/>
          </w:tcPr>
          <w:p>
            <w:pPr>
              <w:bidi/>
              <w:jc w:val="right"/>
            </w:pPr>
            <w:r>
              <w:rPr>
                <w:rFonts w:ascii="Arial" w:hAnsi="Arial" w:cs="Arial"/>
                <w:sz w:val="26"/>
                <w:rtl/>
                <w:szCs w:val="26"/>
              </w:rPr>
              <w:t>торговля</w:t>
            </w:r>
          </w:p>
        </w:tc>
        <w:tc>
          <w:tcPr>
            <w:tcW w:type="dxa" w:w="2606"/>
          </w:tcPr>
          <w:p>
            <w:pPr>
              <w:bidi/>
              <w:jc w:val="right"/>
            </w:pPr>
            <w:r>
              <w:rPr>
                <w:rFonts w:ascii="Arial" w:hAnsi="Arial" w:cs="Arial"/>
                <w:sz w:val="26"/>
                <w:rtl/>
                <w:szCs w:val="26"/>
              </w:rPr>
              <w:t>تجارة</w:t>
            </w:r>
          </w:p>
        </w:tc>
      </w:tr>
      <w:tr>
        <w:tc>
          <w:tcPr>
            <w:tcW w:type="dxa" w:w="2606"/>
          </w:tcPr>
          <w:p>
            <w:pPr>
              <w:bidi/>
              <w:jc w:val="right"/>
            </w:pPr>
            <w:r>
              <w:rPr>
                <w:rFonts w:ascii="Arial" w:hAnsi="Arial" w:cs="Arial"/>
                <w:sz w:val="26"/>
                <w:rtl/>
                <w:szCs w:val="26"/>
              </w:rPr>
              <w:t>מִחְזוּר</w:t>
            </w:r>
          </w:p>
        </w:tc>
        <w:tc>
          <w:tcPr>
            <w:tcW w:type="dxa" w:w="2606"/>
          </w:tcPr>
          <w:p>
            <w:pPr>
              <w:bidi/>
              <w:jc w:val="right"/>
            </w:pPr>
            <w:r>
              <w:rPr>
                <w:rFonts w:ascii="Arial" w:hAnsi="Arial" w:cs="Arial"/>
                <w:sz w:val="26"/>
                <w:rtl/>
                <w:szCs w:val="26"/>
              </w:rPr>
              <w:t>recycling</w:t>
            </w:r>
          </w:p>
        </w:tc>
        <w:tc>
          <w:tcPr>
            <w:tcW w:type="dxa" w:w="2606"/>
          </w:tcPr>
          <w:p>
            <w:pPr>
              <w:bidi/>
              <w:jc w:val="right"/>
            </w:pPr>
            <w:r>
              <w:rPr>
                <w:rFonts w:ascii="Arial" w:hAnsi="Arial" w:cs="Arial"/>
                <w:sz w:val="26"/>
                <w:rtl/>
                <w:szCs w:val="26"/>
              </w:rPr>
              <w:t>переработка</w:t>
            </w:r>
          </w:p>
        </w:tc>
        <w:tc>
          <w:tcPr>
            <w:tcW w:type="dxa" w:w="2606"/>
          </w:tcPr>
          <w:p>
            <w:pPr>
              <w:bidi/>
              <w:jc w:val="right"/>
            </w:pPr>
            <w:r>
              <w:rPr>
                <w:rFonts w:ascii="Arial" w:hAnsi="Arial" w:cs="Arial"/>
                <w:sz w:val="26"/>
                <w:rtl/>
                <w:szCs w:val="26"/>
              </w:rPr>
              <w:t>إعادة التدوير</w:t>
            </w:r>
          </w:p>
        </w:tc>
      </w:tr>
      <w:tr>
        <w:tc>
          <w:tcPr>
            <w:tcW w:type="dxa" w:w="2606"/>
          </w:tcPr>
          <w:p>
            <w:pPr>
              <w:bidi/>
              <w:jc w:val="right"/>
            </w:pPr>
            <w:r>
              <w:rPr>
                <w:rFonts w:ascii="Arial" w:hAnsi="Arial" w:cs="Arial"/>
                <w:sz w:val="26"/>
                <w:rtl/>
                <w:szCs w:val="26"/>
              </w:rPr>
              <w:t>חֲבֵרוּת</w:t>
            </w:r>
          </w:p>
        </w:tc>
        <w:tc>
          <w:tcPr>
            <w:tcW w:type="dxa" w:w="2606"/>
          </w:tcPr>
          <w:p>
            <w:pPr>
              <w:bidi/>
              <w:jc w:val="right"/>
            </w:pPr>
            <w:r>
              <w:rPr>
                <w:rFonts w:ascii="Arial" w:hAnsi="Arial" w:cs="Arial"/>
                <w:sz w:val="26"/>
                <w:rtl/>
                <w:szCs w:val="26"/>
              </w:rPr>
              <w:t>friendship</w:t>
            </w:r>
          </w:p>
        </w:tc>
        <w:tc>
          <w:tcPr>
            <w:tcW w:type="dxa" w:w="2606"/>
          </w:tcPr>
          <w:p>
            <w:pPr>
              <w:bidi/>
              <w:jc w:val="right"/>
            </w:pPr>
            <w:r>
              <w:rPr>
                <w:rFonts w:ascii="Arial" w:hAnsi="Arial" w:cs="Arial"/>
                <w:sz w:val="26"/>
                <w:rtl/>
                <w:szCs w:val="26"/>
              </w:rPr>
              <w:t>дружба</w:t>
            </w:r>
          </w:p>
        </w:tc>
        <w:tc>
          <w:tcPr>
            <w:tcW w:type="dxa" w:w="2606"/>
          </w:tcPr>
          <w:p>
            <w:pPr>
              <w:bidi/>
              <w:jc w:val="right"/>
            </w:pPr>
            <w:r>
              <w:rPr>
                <w:rFonts w:ascii="Arial" w:hAnsi="Arial" w:cs="Arial"/>
                <w:sz w:val="26"/>
                <w:rtl/>
                <w:szCs w:val="26"/>
              </w:rPr>
              <w:t>صداقة</w:t>
            </w:r>
          </w:p>
        </w:tc>
      </w:tr>
      <w:tr>
        <w:tc>
          <w:tcPr>
            <w:tcW w:type="dxa" w:w="2606"/>
          </w:tcPr>
          <w:p>
            <w:pPr>
              <w:bidi/>
              <w:jc w:val="right"/>
            </w:pPr>
            <w:r>
              <w:rPr>
                <w:rFonts w:ascii="Arial" w:hAnsi="Arial" w:cs="Arial"/>
                <w:sz w:val="26"/>
                <w:rtl/>
                <w:szCs w:val="26"/>
              </w:rPr>
              <w:t>מוּצָר</w:t>
            </w:r>
          </w:p>
        </w:tc>
        <w:tc>
          <w:tcPr>
            <w:tcW w:type="dxa" w:w="2606"/>
          </w:tcPr>
          <w:p>
            <w:pPr>
              <w:bidi/>
              <w:jc w:val="right"/>
            </w:pPr>
            <w:r>
              <w:rPr>
                <w:rFonts w:ascii="Arial" w:hAnsi="Arial" w:cs="Arial"/>
                <w:sz w:val="26"/>
                <w:rtl/>
                <w:szCs w:val="26"/>
              </w:rPr>
              <w:t>product</w:t>
            </w:r>
          </w:p>
        </w:tc>
        <w:tc>
          <w:tcPr>
            <w:tcW w:type="dxa" w:w="2606"/>
          </w:tcPr>
          <w:p>
            <w:pPr>
              <w:bidi/>
              <w:jc w:val="right"/>
            </w:pPr>
            <w:r>
              <w:rPr>
                <w:rFonts w:ascii="Arial" w:hAnsi="Arial" w:cs="Arial"/>
                <w:sz w:val="26"/>
                <w:rtl/>
                <w:szCs w:val="26"/>
              </w:rPr>
              <w:t>товар</w:t>
            </w:r>
          </w:p>
        </w:tc>
        <w:tc>
          <w:tcPr>
            <w:tcW w:type="dxa" w:w="2606"/>
          </w:tcPr>
          <w:p>
            <w:pPr>
              <w:bidi/>
              <w:jc w:val="right"/>
            </w:pPr>
            <w:r>
              <w:rPr>
                <w:rFonts w:ascii="Arial" w:hAnsi="Arial" w:cs="Arial"/>
                <w:sz w:val="26"/>
                <w:rtl/>
                <w:szCs w:val="26"/>
              </w:rPr>
              <w:t>منتج</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8"/>
          <w:rtl/>
          <w:szCs w:val="28"/>
        </w:rPr>
        <w:t>משהו אחד שלמדתי היום: ______________________</w:t>
      </w:r>
    </w:p>
    <w:p>
      <w:pPr>
        <w:bidi/>
        <w:jc w:val="right"/>
      </w:pPr>
      <w:r>
        <w:rPr>
          <w:rFonts w:ascii="Arial" w:hAnsi="Arial" w:cs="Arial"/>
          <w:sz w:val="28"/>
          <w:rtl/>
          <w:szCs w:val="28"/>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גלובליזציה – כפר עולמי · יסודי – עולים חדשים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