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🌍 גלובליזציה – כפר עולמי · יסודי – חנ״מ · חוברת תלמיד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🕵️ מִי הֵבִיא אֶת הַפְּרָחִים?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התיק: מִי הֵבִיא אֶת הַפְּרָחִים מֵהָאֶרֶץ הָרְחוֹקָה?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נוֹעָה קִבְּלָה זֵר פְּרָחִים 💐. הַפְּרָחִים גָּדְלוּ בְּאֶרֶץ רְחוֹקָה. בֵּינֵינוּ לְבֵינָהּ יֵשׁ יָם גָּדוֹל 🌊. פְּרָחִים נוֹבְלִים מַהֵר. הֵם הִגִּיעוּ אַחֲרֵי יוֹם אֶחָד בִּלְבַד ⏱️. אֳנִיָּה שָׁטָה לְאַט, הַרְבֵּה יָמִים. אוֹפַנַּיִם נוֹסְעִים רַק עַל כְּבִישׁ. מִי הֵבִיא אֶת הַפְּרָחִים?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אֳנִיָּה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שָׁטָה בַּיָּם.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✈️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מָטוֹס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טָס בַּשָּׁמַיִם.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🚲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אוֹפַנַּיִם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נוֹסְעִים בַּכְּבִישׁ.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מָה יֵשׁ בֵּינֵינוּ לְבֵין הָאֶרֶץ הָרְחוֹקָה?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הַר 🏔️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יָם גָּדוֹל 🌊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מִדְבָּר 🏜️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אַחֲרֵי כַּמָּה זְמַן הִגִּיעוּ הַפְּרָחִים?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אַחֲרֵי שָׁבוּעַ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אַחֲרֵי חֹדֶשׁ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אַחֲרֵי יוֹם אֶחָד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🔐 מִלִּים בַּנָּמָל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בַּנָּמָל עוֹמֶדֶת אֳנִיָּה גְּדוֹלָה 🚢. עָלֶיהָ יֵשׁ מְכוֹלָה אֲדֻמָּה 📦. בְּתוֹךְ הַמְּכוֹלָה יֵשׁ צַעֲצוּעִים. הֵם בָּאוּ מֵאֶרֶץ רְחוֹקָה. בַּשָּׁמַיִם טָס מָטוֹס ✈️. הוּא מֵבִיא מִכְתָּבִים וַחֲבִילוֹת. הָעוֹלָם מְחֻבָּר!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ל נ מ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⚓ פֹּה אֳנִיּוֹת עוֹצְרוֹת.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🔢 ‏13‏ ‏- 11‏ ‏- 6‏ ‏- 12‏ ‏- 5‏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📦 קֻפְסָה עֲנָקִית עַל הָאֳנִיָּה.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מ ט ו 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✈️ טָס בַּשָּׁמַיִם.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🗺️ הַמַּסָּע שֶׁל הַחֻלְצָה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הַחֻלְצָה יוֹצֵאת לְמַסָּע 👕. עִזְרוּ לָהּ לְהַגִּיעַ הַבַּיְתָה!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🌾 הַשָּׂדֶה – מָה גָּדֵל בַּשָּׂדֶה וְהוֹפֵךְ לְחֻלְצָה?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כֻּתְנָה ☁️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אֹרֶז 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תַּפּוּחַ 🍎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⚓ הַנָּמָל – מָה מַעֲמִיסִים עַל הָאֳנִיָּה?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עֵצִים 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מְכוֹלוֹת 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בָּתִּים 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🏠 הַבַּיִת – הַחֻלְצָה קְטַנָּה עָלַי. מָה כְּדַאי לַעֲשׂוֹת?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לִזְרֹק לַפַּח 🗑️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לִגְזֹר לַחֲתִיכוֹת ✂️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לָתֵת לְמִישֶׁהוּ 🎁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1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2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3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אות קסם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🧩 מְסַדְּרִים וּמְמַיְּנִים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סַדְּרוּ וּמַיְּנוּ. אַתֶּם יְכוֹלִים! 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סַדְּרוּ: אֵיךְ נוֹצֶרֶת חֻלְצָה?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🛍️ הַחֻלְצָה בַּחֲנוּת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🌾 כֻּתְנָה בַּשָּׂדֶה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👕 תּוֹפְרִים חֻלְצָה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🧵 עוֹשִׂים חוּטִים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מַיְּנוּ: בַּיָּם אוֹ בָּאֲוִיר?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בַּיָּם 🌊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בָּאֲוִיר ☁️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🚁 מַסּוֹק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⛵ סִירָה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✈️ מָטוֹס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🚢 אֳנִיָּה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🎈 כַּדּוּר פּוֹרֵחַ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🌾 כֻּתְנָה בַּשָּׂדֶה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🧵 עוֹשִׂים חוּטִים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👕 תּוֹפְרִים חֻלְצָה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🛍️ הַחֻלְצָה בַּחֲנוּת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🚢 אֳנִיָּה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✈️ מָטוֹס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⛵ סִירָה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🚁 מַסּוֹק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🎈 כַּדּוּר פּוֹרֵחַ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🔮 לִי מְדַבֶּרֶת עִם הָעוֹלָם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לִי רוֹצָה לְדַבֵּר עִם יַלְדָּה בְּאֶרֶץ רְחוֹקָה 🌏.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אֵיךְ הֵן יְדַבְּרוּ הֲכִי מַהֵר?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בְּמִכְתָּב בַּדֹּאַר ✉️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בְּשִׂיחַת וִידֵאוֹ 💻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בִּצְעָקָה 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אֵצֶל לִי עַכְשָׁיו בֹּקֶר ☀️.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מָה הַשָּׁעָה אֵצֶל הַיַּלְדָּה הָרְחוֹקָה?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בְּדִיּוּק אוֹתָהּ שָׁעָה ☀️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תָּמִיד צָהֳרַיִם 🕛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אוּלַי כְּבָר לַיְלָה 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הַיַּלְדָּה מַרְאָה מַאֲכָל מֵהַבַּיִת שֶׁלָּהּ 🍜.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מָה לִי תַּעֲשֶׂה?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תַּרְאֶה מַאֲכָל מֵהַבַּיִת שֶׁלָּהּ 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תִּצְחַק עָלֶיהָ 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תְּנַתֵּק אֶת הַשִּׂיחָה 📴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🎯 מִי לֹא שַׁיָּךְ?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🚢 אֳנִיָּה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✈️ מָטוֹס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🍎 תַּפּוּחַ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🚚 מַשָּׂאִית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כִּי הוּא לֹא מוֹבִיל דְּבָרִים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כִּי הוּא גָּדוֹל מְאוֹד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כִּי הוּא טָס בַּשָּׁמַיִם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📦 מְכוֹלָה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⚓ נָמָל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🏗️ מָנוֹף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🌳 יַעַר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כִּי הוּא בְּתוֹךְ הַיָּם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כִּי הוּא לֹא חֵלֶק מֵהַנָּמָל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כִּי הוּא עָשׂוּי מִבַּרְזֶל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♻️ מִחְזוּר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🔧 תִּקּוּן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🗑️ זְרִיקָה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🎁 מְסִירָה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כִּי הִיא קַלָּה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כִּי הִיא עוֹלָה כֶּסֶף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כִּי הִיא מוֹסִיפָה פְּסֹלֶת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בְּמָה נוֹסְעוֹת הַרְבֵּה מְכוּלוֹת יַחַד?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בְּאוֹפַנַּיִם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בָּאֳנִיָּה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בַּעֲגָלָה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מִמָּה תּוֹפְרִים חֻלְצָה?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מִבַּד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מֵאֶבֶן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מִמַּיִם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אֵיפֹה הָאֳנִיָּה פּוֹרֶקֶת סְחוֹרָה?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בַּגַּן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בַּכִּתָּה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בַּנָּמֵל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דָּנָה מְדַבֶּרֶת בַּמַּחְשֵׁב עִם יֶלֶד רָחוֹק. מָה זֶה?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כְּפָר עוֹלָמִי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שׁוּק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חֲנוּת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אֳנִיָּה שָׁטָה בַּיָּם.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מְכוּלָה הִיא אַרְגָּז קָטָן מְאוֹד.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בַּנָּמֵל פּוֹרְקִים סְחוֹרָה מֵאֳנִיּוֹת.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חֻלְצָה גָּדְלָה עַל עֵץ.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אֶפְשָׁר לְדַבֵּר עִם חָבֵר בְּאֶרֶץ רְחוֹקָה.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יְבוּא זֶה לִשְׁלֹחַ סְחוֹרָה הַחוּצָה.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מחסן: קֹדֶם · אַחַר כָּךְ · כִּי · אֲבָל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הַחֻלְצָה בָּאָה מֵרָחוֹק. (1)________ הִיא נָסְעָה בָּאֳנִיָּה. (2)________ הִיא הִגִּיעָה לַחֲנוּת. אֲנִי שָׂמֵחַ, (3)________ הַחֻלְצָה יָפֶה.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הָלַכְנוּ לָה-נְמַל. רָאִינוּ אֳנִיָּה גָּדוֹל. הַמְּכוּלוֹת הָיָה כְּבֵדוֹת.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כְּפָר עוֹלָמִי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אֳנִיָּה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מְכוּלָה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נָמֵל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יָבוֹא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כֻּתְנָה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כָּל הָעוֹלָם קָרוֹב, כְּמוֹ כְּפָר אֶחָד.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כְּלִי גָּדוֹל שֶׁשָּׁט בַּיָּם.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אַרְגַּז עֲנָק לִסְחוֹרָה.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מָקוֹם בַּחוֹף לָאֳנִיּוֹת.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מְבִיאִים סְחוֹרָה מֵאֶרֶץ אַחֶרֶת.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צֶמַח שֶׁמִּמֶּנּוּ עוֹשִׂים בַּד.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🌍 גלובליזציה – כפר עולמי · יסודי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